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9E" w:rsidRDefault="00DC7602">
      <w:pPr>
        <w:jc w:val="center"/>
      </w:pPr>
      <w:r>
        <w:rPr>
          <w:b/>
          <w:sz w:val="24"/>
        </w:rPr>
        <w:t>FAPITEC/SE – FUNTEC</w:t>
      </w:r>
      <w:r>
        <w:rPr>
          <w:b/>
          <w:sz w:val="24"/>
        </w:rPr>
        <w:br/>
      </w:r>
      <w:r>
        <w:rPr>
          <w:b/>
          <w:sz w:val="28"/>
        </w:rPr>
        <w:t>ANEXO I – FORMULÁRIO DE QUALIFICAÇÃO DO PROPONENTE – FQP</w:t>
      </w:r>
    </w:p>
    <w:p w:rsidR="00990E9E" w:rsidRDefault="00F6491B" w:rsidP="006D12C4">
      <w:pPr>
        <w:jc w:val="center"/>
        <w:rPr>
          <w:b/>
        </w:rPr>
      </w:pPr>
      <w:r w:rsidRPr="00F6491B">
        <w:rPr>
          <w:b/>
        </w:rPr>
        <w:t>EDITAL FAPITEC/SE/FUNTEC Nº 10</w:t>
      </w:r>
      <w:r w:rsidR="00DC7602" w:rsidRPr="00F6491B">
        <w:rPr>
          <w:b/>
        </w:rPr>
        <w:t>/2026 – TECNOLOGIAS SOCIAIS</w:t>
      </w:r>
    </w:p>
    <w:p w:rsidR="00F6491B" w:rsidRPr="00F6491B" w:rsidRDefault="00F6491B" w:rsidP="006D12C4">
      <w:pPr>
        <w:jc w:val="center"/>
        <w:rPr>
          <w:b/>
        </w:rPr>
      </w:pPr>
    </w:p>
    <w:p w:rsidR="00990E9E" w:rsidRDefault="00DC7602" w:rsidP="00F6491B">
      <w:pPr>
        <w:pStyle w:val="Ttulo1"/>
        <w:jc w:val="both"/>
        <w:rPr>
          <w:color w:val="000000" w:themeColor="text1"/>
        </w:rPr>
      </w:pPr>
      <w:r w:rsidRPr="00F6491B">
        <w:rPr>
          <w:color w:val="000000" w:themeColor="text1"/>
        </w:rPr>
        <w:t>1. IDENTIFICAÇÃO DO PROPONENTE</w:t>
      </w:r>
    </w:p>
    <w:p w:rsidR="00F6491B" w:rsidRPr="00F6491B" w:rsidRDefault="00F6491B" w:rsidP="00F6491B">
      <w:pPr>
        <w:spacing w:after="0" w:line="240" w:lineRule="auto"/>
      </w:pPr>
    </w:p>
    <w:p w:rsidR="00F6491B" w:rsidRPr="001226D7" w:rsidRDefault="00DC7602" w:rsidP="00F6491B">
      <w:pPr>
        <w:spacing w:after="0" w:line="360" w:lineRule="auto"/>
        <w:jc w:val="both"/>
        <w:rPr>
          <w:color w:val="000000" w:themeColor="text1"/>
          <w:sz w:val="22"/>
        </w:rPr>
      </w:pPr>
      <w:r w:rsidRPr="001226D7">
        <w:rPr>
          <w:color w:val="000000" w:themeColor="text1"/>
          <w:sz w:val="22"/>
        </w:rPr>
        <w:t>1.1</w:t>
      </w:r>
      <w:r w:rsidR="00F6491B" w:rsidRPr="001226D7">
        <w:rPr>
          <w:color w:val="000000" w:themeColor="text1"/>
          <w:sz w:val="22"/>
        </w:rPr>
        <w:t>.</w:t>
      </w:r>
      <w:r w:rsidRPr="001226D7">
        <w:rPr>
          <w:color w:val="000000" w:themeColor="text1"/>
          <w:sz w:val="22"/>
        </w:rPr>
        <w:t xml:space="preserve"> Nome </w:t>
      </w:r>
      <w:proofErr w:type="spellStart"/>
      <w:r w:rsidRPr="001226D7">
        <w:rPr>
          <w:color w:val="000000" w:themeColor="text1"/>
          <w:sz w:val="22"/>
        </w:rPr>
        <w:t>completo</w:t>
      </w:r>
      <w:proofErr w:type="spellEnd"/>
      <w:r w:rsidRPr="001226D7">
        <w:rPr>
          <w:color w:val="000000" w:themeColor="text1"/>
          <w:sz w:val="22"/>
        </w:rPr>
        <w:t>:</w:t>
      </w:r>
    </w:p>
    <w:p w:rsidR="006D12C4" w:rsidRPr="001226D7" w:rsidRDefault="00DC7602" w:rsidP="00F6491B">
      <w:pPr>
        <w:spacing w:after="0" w:line="360" w:lineRule="auto"/>
        <w:jc w:val="both"/>
        <w:rPr>
          <w:color w:val="000000" w:themeColor="text1"/>
          <w:sz w:val="22"/>
        </w:rPr>
      </w:pPr>
      <w:r w:rsidRPr="001226D7">
        <w:rPr>
          <w:sz w:val="22"/>
        </w:rPr>
        <w:t>1.2</w:t>
      </w:r>
      <w:r w:rsidR="00F6491B" w:rsidRPr="001226D7">
        <w:rPr>
          <w:sz w:val="22"/>
        </w:rPr>
        <w:t>.</w:t>
      </w:r>
      <w:r w:rsidRPr="001226D7">
        <w:rPr>
          <w:sz w:val="22"/>
        </w:rPr>
        <w:t xml:space="preserve"> CPF:</w:t>
      </w:r>
    </w:p>
    <w:p w:rsidR="008F730A" w:rsidRPr="001226D7" w:rsidRDefault="00DC7602" w:rsidP="00F6491B">
      <w:pPr>
        <w:spacing w:after="0" w:line="360" w:lineRule="auto"/>
        <w:rPr>
          <w:sz w:val="22"/>
        </w:rPr>
      </w:pPr>
      <w:r w:rsidRPr="001226D7">
        <w:rPr>
          <w:sz w:val="22"/>
        </w:rPr>
        <w:t>1.3</w:t>
      </w:r>
      <w:r w:rsidR="00F6491B" w:rsidRPr="001226D7">
        <w:rPr>
          <w:sz w:val="22"/>
        </w:rPr>
        <w:t>.</w:t>
      </w:r>
      <w:r w:rsidRPr="001226D7">
        <w:rPr>
          <w:sz w:val="22"/>
        </w:rPr>
        <w:t xml:space="preserve"> Data de </w:t>
      </w:r>
      <w:proofErr w:type="spellStart"/>
      <w:r w:rsidRPr="001226D7">
        <w:rPr>
          <w:sz w:val="22"/>
        </w:rPr>
        <w:t>nascimento</w:t>
      </w:r>
      <w:proofErr w:type="spellEnd"/>
      <w:proofErr w:type="gramStart"/>
      <w:r w:rsidRPr="001226D7">
        <w:rPr>
          <w:sz w:val="22"/>
        </w:rPr>
        <w:t>:</w:t>
      </w:r>
      <w:proofErr w:type="gramEnd"/>
      <w:r w:rsidRPr="001226D7">
        <w:rPr>
          <w:sz w:val="22"/>
        </w:rPr>
        <w:br/>
        <w:t>1.4</w:t>
      </w:r>
      <w:r w:rsidR="00F6491B" w:rsidRPr="001226D7">
        <w:rPr>
          <w:sz w:val="22"/>
        </w:rPr>
        <w:t>.</w:t>
      </w:r>
      <w:r w:rsidRPr="001226D7">
        <w:rPr>
          <w:sz w:val="22"/>
        </w:rPr>
        <w:t xml:space="preserve"> E-mail:</w:t>
      </w:r>
      <w:r w:rsidRPr="001226D7">
        <w:rPr>
          <w:sz w:val="22"/>
        </w:rPr>
        <w:br/>
        <w:t>1.5</w:t>
      </w:r>
      <w:r w:rsidR="00F6491B" w:rsidRPr="001226D7">
        <w:rPr>
          <w:sz w:val="22"/>
        </w:rPr>
        <w:t>.</w:t>
      </w:r>
      <w:r w:rsidRPr="001226D7">
        <w:rPr>
          <w:sz w:val="22"/>
        </w:rPr>
        <w:t xml:space="preserve"> </w:t>
      </w:r>
      <w:proofErr w:type="spellStart"/>
      <w:r w:rsidRPr="001226D7">
        <w:rPr>
          <w:sz w:val="22"/>
        </w:rPr>
        <w:t>Telefone</w:t>
      </w:r>
      <w:proofErr w:type="spellEnd"/>
      <w:r w:rsidRPr="001226D7">
        <w:rPr>
          <w:sz w:val="22"/>
        </w:rPr>
        <w:t>:</w:t>
      </w:r>
      <w:r w:rsidR="008F730A" w:rsidRPr="001226D7">
        <w:rPr>
          <w:sz w:val="22"/>
        </w:rPr>
        <w:t xml:space="preserve"> </w:t>
      </w:r>
    </w:p>
    <w:p w:rsidR="00F6491B" w:rsidRPr="001226D7" w:rsidRDefault="00DC7602" w:rsidP="00F6491B">
      <w:pPr>
        <w:spacing w:after="0" w:line="360" w:lineRule="auto"/>
        <w:rPr>
          <w:sz w:val="22"/>
        </w:rPr>
      </w:pPr>
      <w:r w:rsidRPr="001226D7">
        <w:rPr>
          <w:sz w:val="22"/>
        </w:rPr>
        <w:t>1.6</w:t>
      </w:r>
      <w:r w:rsidR="00F6491B" w:rsidRPr="001226D7">
        <w:rPr>
          <w:sz w:val="22"/>
        </w:rPr>
        <w:t>.</w:t>
      </w:r>
      <w:r w:rsidRPr="001226D7">
        <w:rPr>
          <w:sz w:val="22"/>
        </w:rPr>
        <w:t xml:space="preserve"> </w:t>
      </w:r>
      <w:proofErr w:type="spellStart"/>
      <w:r w:rsidRPr="001226D7">
        <w:rPr>
          <w:sz w:val="22"/>
        </w:rPr>
        <w:t>Endereço</w:t>
      </w:r>
      <w:proofErr w:type="spellEnd"/>
      <w:r w:rsidRPr="001226D7">
        <w:rPr>
          <w:sz w:val="22"/>
        </w:rPr>
        <w:t xml:space="preserve"> </w:t>
      </w:r>
      <w:proofErr w:type="spellStart"/>
      <w:r w:rsidRPr="001226D7">
        <w:rPr>
          <w:sz w:val="22"/>
        </w:rPr>
        <w:t>residencial</w:t>
      </w:r>
      <w:proofErr w:type="spellEnd"/>
      <w:proofErr w:type="gramStart"/>
      <w:r w:rsidRPr="001226D7">
        <w:rPr>
          <w:sz w:val="22"/>
        </w:rPr>
        <w:t>:</w:t>
      </w:r>
      <w:proofErr w:type="gramEnd"/>
      <w:r w:rsidRPr="001226D7">
        <w:rPr>
          <w:sz w:val="22"/>
        </w:rPr>
        <w:br/>
        <w:t>1.7</w:t>
      </w:r>
      <w:r w:rsidR="00F6491B" w:rsidRPr="001226D7">
        <w:rPr>
          <w:sz w:val="22"/>
        </w:rPr>
        <w:t>.</w:t>
      </w:r>
      <w:r w:rsidRPr="001226D7">
        <w:rPr>
          <w:sz w:val="22"/>
        </w:rPr>
        <w:t xml:space="preserve"> </w:t>
      </w:r>
      <w:proofErr w:type="spellStart"/>
      <w:r w:rsidRPr="001226D7">
        <w:rPr>
          <w:sz w:val="22"/>
        </w:rPr>
        <w:t>Município</w:t>
      </w:r>
      <w:proofErr w:type="spellEnd"/>
      <w:r w:rsidRPr="001226D7">
        <w:rPr>
          <w:sz w:val="22"/>
        </w:rPr>
        <w:t>/UF:</w:t>
      </w:r>
    </w:p>
    <w:p w:rsidR="008F730A" w:rsidRDefault="00DC7602" w:rsidP="00F6491B">
      <w:pPr>
        <w:spacing w:after="0" w:line="360" w:lineRule="auto"/>
      </w:pPr>
      <w:r w:rsidRPr="001226D7">
        <w:rPr>
          <w:sz w:val="22"/>
        </w:rPr>
        <w:t>1.8</w:t>
      </w:r>
      <w:r w:rsidR="00F6491B" w:rsidRPr="001226D7">
        <w:rPr>
          <w:sz w:val="22"/>
        </w:rPr>
        <w:t>.</w:t>
      </w:r>
      <w:r w:rsidRPr="001226D7">
        <w:rPr>
          <w:sz w:val="22"/>
        </w:rPr>
        <w:t xml:space="preserve"> CEP:</w:t>
      </w:r>
      <w:r>
        <w:br/>
      </w:r>
    </w:p>
    <w:p w:rsidR="00990E9E" w:rsidRPr="00F6491B" w:rsidRDefault="00DC7602" w:rsidP="00F6491B">
      <w:pPr>
        <w:pStyle w:val="Ttulo1"/>
        <w:jc w:val="both"/>
        <w:rPr>
          <w:color w:val="000000" w:themeColor="text1"/>
        </w:rPr>
      </w:pPr>
      <w:r w:rsidRPr="00F6491B">
        <w:rPr>
          <w:color w:val="000000" w:themeColor="text1"/>
        </w:rPr>
        <w:t>2. QUALIFICAÇÃO ACADÊMICA</w:t>
      </w:r>
    </w:p>
    <w:p w:rsidR="00990E9E" w:rsidRDefault="00DC7602" w:rsidP="00F6491B">
      <w:pPr>
        <w:spacing w:after="0" w:line="360" w:lineRule="auto"/>
      </w:pPr>
      <w:r>
        <w:t xml:space="preserve">(  ) </w:t>
      </w:r>
      <w:proofErr w:type="spellStart"/>
      <w:r>
        <w:t>Doutorado</w:t>
      </w:r>
      <w:proofErr w:type="spellEnd"/>
    </w:p>
    <w:p w:rsidR="00990E9E" w:rsidRDefault="00DC7602" w:rsidP="00F6491B">
      <w:pPr>
        <w:spacing w:after="0" w:line="360" w:lineRule="auto"/>
      </w:pPr>
      <w:r>
        <w:t xml:space="preserve">(  ) </w:t>
      </w:r>
      <w:proofErr w:type="spellStart"/>
      <w:r>
        <w:t>Mestrado</w:t>
      </w:r>
      <w:proofErr w:type="spellEnd"/>
    </w:p>
    <w:p w:rsidR="00F6491B" w:rsidRDefault="00F6491B" w:rsidP="00F6491B">
      <w:pPr>
        <w:spacing w:after="0" w:line="360" w:lineRule="auto"/>
      </w:pPr>
    </w:p>
    <w:p w:rsidR="00F6491B" w:rsidRPr="001226D7" w:rsidRDefault="00F6491B" w:rsidP="00F6491B">
      <w:pPr>
        <w:spacing w:after="0" w:line="360" w:lineRule="auto"/>
      </w:pPr>
      <w:r w:rsidRPr="001226D7">
        <w:t>2.1</w:t>
      </w:r>
      <w:r w:rsidR="00DC7602" w:rsidRPr="001226D7">
        <w:t xml:space="preserve"> </w:t>
      </w:r>
      <w:proofErr w:type="spellStart"/>
      <w:r w:rsidR="00DC7602" w:rsidRPr="001226D7">
        <w:t>Área</w:t>
      </w:r>
      <w:proofErr w:type="spellEnd"/>
      <w:r w:rsidR="00DC7602" w:rsidRPr="001226D7">
        <w:t xml:space="preserve"> de formação:</w:t>
      </w:r>
    </w:p>
    <w:p w:rsidR="00F6491B" w:rsidRPr="001226D7" w:rsidRDefault="00F6491B" w:rsidP="00F6491B">
      <w:pPr>
        <w:spacing w:after="0" w:line="360" w:lineRule="auto"/>
      </w:pPr>
      <w:r w:rsidRPr="001226D7">
        <w:t>2.2</w:t>
      </w:r>
      <w:r w:rsidR="00DC7602" w:rsidRPr="001226D7">
        <w:t xml:space="preserve"> </w:t>
      </w:r>
      <w:proofErr w:type="spellStart"/>
      <w:r w:rsidR="00DC7602" w:rsidRPr="001226D7">
        <w:t>Instituição</w:t>
      </w:r>
      <w:proofErr w:type="spellEnd"/>
      <w:r w:rsidR="00DC7602" w:rsidRPr="001226D7">
        <w:t xml:space="preserve"> de </w:t>
      </w:r>
      <w:proofErr w:type="spellStart"/>
      <w:r w:rsidR="00DC7602" w:rsidRPr="001226D7">
        <w:t>obtenção</w:t>
      </w:r>
      <w:proofErr w:type="spellEnd"/>
      <w:r w:rsidR="00DC7602" w:rsidRPr="001226D7">
        <w:t xml:space="preserve"> da titulação:</w:t>
      </w:r>
    </w:p>
    <w:p w:rsidR="00F6491B" w:rsidRPr="001226D7" w:rsidRDefault="00F6491B" w:rsidP="00F6491B">
      <w:pPr>
        <w:spacing w:after="0" w:line="360" w:lineRule="auto"/>
      </w:pPr>
      <w:r w:rsidRPr="001226D7">
        <w:t>2.3</w:t>
      </w:r>
      <w:r w:rsidR="00DC7602" w:rsidRPr="001226D7">
        <w:t xml:space="preserve"> </w:t>
      </w:r>
      <w:proofErr w:type="spellStart"/>
      <w:r w:rsidR="00DC7602" w:rsidRPr="001226D7">
        <w:t>Ano</w:t>
      </w:r>
      <w:proofErr w:type="spellEnd"/>
      <w:r w:rsidR="00DC7602" w:rsidRPr="001226D7">
        <w:t xml:space="preserve"> de conclusão:</w:t>
      </w:r>
    </w:p>
    <w:p w:rsidR="00990E9E" w:rsidRPr="001226D7" w:rsidRDefault="00F6491B" w:rsidP="00F6491B">
      <w:pPr>
        <w:spacing w:after="0" w:line="360" w:lineRule="auto"/>
      </w:pPr>
      <w:r w:rsidRPr="001226D7">
        <w:t>2.4</w:t>
      </w:r>
      <w:r w:rsidR="00DC7602" w:rsidRPr="001226D7">
        <w:t xml:space="preserve"> Link do </w:t>
      </w:r>
      <w:proofErr w:type="spellStart"/>
      <w:r w:rsidR="00DC7602" w:rsidRPr="001226D7">
        <w:t>Currículo</w:t>
      </w:r>
      <w:proofErr w:type="spellEnd"/>
      <w:r w:rsidR="00DC7602" w:rsidRPr="001226D7">
        <w:t xml:space="preserve"> Lattes:</w:t>
      </w:r>
    </w:p>
    <w:p w:rsidR="00990E9E" w:rsidRPr="00F6491B" w:rsidRDefault="00DC7602">
      <w:pPr>
        <w:pStyle w:val="Ttulo1"/>
        <w:rPr>
          <w:color w:val="000000" w:themeColor="text1"/>
        </w:rPr>
      </w:pPr>
      <w:r w:rsidRPr="00F6491B">
        <w:rPr>
          <w:color w:val="000000" w:themeColor="text1"/>
        </w:rPr>
        <w:t>3. VÍNCULO INSTITUCIONAL</w:t>
      </w:r>
    </w:p>
    <w:p w:rsidR="00F6491B" w:rsidRPr="001226D7" w:rsidRDefault="00DC7602" w:rsidP="00F6491B">
      <w:pPr>
        <w:spacing w:after="0" w:line="360" w:lineRule="auto"/>
      </w:pPr>
      <w:r w:rsidRPr="001226D7">
        <w:rPr>
          <w:color w:val="000000" w:themeColor="text1"/>
        </w:rPr>
        <w:t xml:space="preserve">3.1 </w:t>
      </w:r>
      <w:proofErr w:type="spellStart"/>
      <w:r w:rsidRPr="001226D7">
        <w:rPr>
          <w:color w:val="000000" w:themeColor="text1"/>
        </w:rPr>
        <w:t>Instituição</w:t>
      </w:r>
      <w:proofErr w:type="spellEnd"/>
      <w:r w:rsidRPr="001226D7">
        <w:rPr>
          <w:color w:val="000000" w:themeColor="text1"/>
        </w:rPr>
        <w:t xml:space="preserve"> de </w:t>
      </w:r>
      <w:proofErr w:type="spellStart"/>
      <w:r w:rsidRPr="001226D7">
        <w:rPr>
          <w:color w:val="000000" w:themeColor="text1"/>
        </w:rPr>
        <w:t>vínculo</w:t>
      </w:r>
      <w:proofErr w:type="spellEnd"/>
      <w:proofErr w:type="gramStart"/>
      <w:r w:rsidRPr="001226D7">
        <w:rPr>
          <w:color w:val="000000" w:themeColor="text1"/>
        </w:rPr>
        <w:t>:</w:t>
      </w:r>
      <w:proofErr w:type="gramEnd"/>
      <w:r w:rsidRPr="001226D7">
        <w:br/>
        <w:t>3.2 CNPJ:</w:t>
      </w:r>
      <w:r w:rsidRPr="001226D7">
        <w:br/>
        <w:t xml:space="preserve">3.3 </w:t>
      </w:r>
      <w:proofErr w:type="spellStart"/>
      <w:r w:rsidRPr="001226D7">
        <w:t>Unidade</w:t>
      </w:r>
      <w:proofErr w:type="spellEnd"/>
      <w:r w:rsidRPr="001226D7">
        <w:t>/</w:t>
      </w:r>
      <w:proofErr w:type="spellStart"/>
      <w:r w:rsidRPr="001226D7">
        <w:t>Departamento</w:t>
      </w:r>
      <w:proofErr w:type="spellEnd"/>
      <w:r w:rsidRPr="001226D7">
        <w:t>/</w:t>
      </w:r>
      <w:proofErr w:type="spellStart"/>
      <w:r w:rsidRPr="001226D7">
        <w:t>Programa</w:t>
      </w:r>
      <w:proofErr w:type="spellEnd"/>
      <w:r w:rsidRPr="001226D7">
        <w:t>:</w:t>
      </w:r>
    </w:p>
    <w:p w:rsidR="00F6491B" w:rsidRPr="001226D7" w:rsidRDefault="00DC7602" w:rsidP="00F6491B">
      <w:pPr>
        <w:spacing w:after="0" w:line="360" w:lineRule="auto"/>
      </w:pPr>
      <w:r w:rsidRPr="001226D7">
        <w:t>3.4 Cargo/Função:</w:t>
      </w:r>
    </w:p>
    <w:p w:rsidR="00F6491B" w:rsidRPr="001226D7" w:rsidRDefault="00DC7602" w:rsidP="00F6491B">
      <w:pPr>
        <w:spacing w:after="0" w:line="360" w:lineRule="auto"/>
      </w:pPr>
      <w:r w:rsidRPr="001226D7">
        <w:t xml:space="preserve">3.5 </w:t>
      </w:r>
      <w:proofErr w:type="spellStart"/>
      <w:r w:rsidRPr="001226D7">
        <w:t>Tipo</w:t>
      </w:r>
      <w:proofErr w:type="spellEnd"/>
      <w:r w:rsidRPr="001226D7">
        <w:t xml:space="preserve"> de vínculo:</w:t>
      </w:r>
    </w:p>
    <w:p w:rsidR="00F6491B" w:rsidRPr="001226D7" w:rsidRDefault="00DC7602" w:rsidP="00F6491B">
      <w:pPr>
        <w:spacing w:after="0" w:line="360" w:lineRule="auto"/>
      </w:pPr>
      <w:r w:rsidRPr="001226D7">
        <w:lastRenderedPageBreak/>
        <w:t xml:space="preserve">3.6 Data de </w:t>
      </w:r>
      <w:proofErr w:type="spellStart"/>
      <w:r w:rsidRPr="001226D7">
        <w:t>início</w:t>
      </w:r>
      <w:proofErr w:type="spellEnd"/>
      <w:r w:rsidRPr="001226D7">
        <w:t xml:space="preserve"> do </w:t>
      </w:r>
      <w:proofErr w:type="spellStart"/>
      <w:r w:rsidRPr="001226D7">
        <w:t>vínculo</w:t>
      </w:r>
      <w:proofErr w:type="spellEnd"/>
      <w:r w:rsidRPr="001226D7">
        <w:t>:</w:t>
      </w:r>
    </w:p>
    <w:p w:rsidR="00990E9E" w:rsidRPr="001226D7" w:rsidRDefault="00DC7602" w:rsidP="00F6491B">
      <w:pPr>
        <w:spacing w:line="360" w:lineRule="auto"/>
      </w:pPr>
      <w:r w:rsidRPr="001226D7">
        <w:t xml:space="preserve">3.7 </w:t>
      </w:r>
      <w:proofErr w:type="spellStart"/>
      <w:r w:rsidRPr="001226D7">
        <w:t>Município</w:t>
      </w:r>
      <w:proofErr w:type="spellEnd"/>
      <w:r w:rsidRPr="001226D7">
        <w:t xml:space="preserve"> da </w:t>
      </w:r>
      <w:proofErr w:type="spellStart"/>
      <w:r w:rsidRPr="001226D7">
        <w:t>instituição</w:t>
      </w:r>
      <w:proofErr w:type="spellEnd"/>
      <w:r w:rsidRPr="001226D7">
        <w:t>:</w:t>
      </w:r>
    </w:p>
    <w:p w:rsidR="001226D7" w:rsidRDefault="001226D7"/>
    <w:p w:rsidR="00990E9E" w:rsidRDefault="000612FA">
      <w:r>
        <w:t>(  )</w:t>
      </w:r>
      <w:r w:rsidR="00DC7602">
        <w:t xml:space="preserve"> </w:t>
      </w:r>
      <w:proofErr w:type="spellStart"/>
      <w:r w:rsidR="00DC7602">
        <w:t>Instituição</w:t>
      </w:r>
      <w:proofErr w:type="spellEnd"/>
      <w:r w:rsidR="00DC7602">
        <w:t xml:space="preserve"> de </w:t>
      </w:r>
      <w:proofErr w:type="spellStart"/>
      <w:r w:rsidR="00DC7602">
        <w:t>Ensino</w:t>
      </w:r>
      <w:proofErr w:type="spellEnd"/>
      <w:r w:rsidR="00DC7602">
        <w:t xml:space="preserve"> Superior Pública</w:t>
      </w:r>
    </w:p>
    <w:p w:rsidR="00990E9E" w:rsidRDefault="000612FA">
      <w:r>
        <w:t>(  )</w:t>
      </w:r>
      <w:r w:rsidR="00DC7602">
        <w:t xml:space="preserve"> </w:t>
      </w:r>
      <w:proofErr w:type="spellStart"/>
      <w:r w:rsidR="00DC7602">
        <w:t>Instituição</w:t>
      </w:r>
      <w:proofErr w:type="spellEnd"/>
      <w:r w:rsidR="00DC7602">
        <w:t xml:space="preserve"> de </w:t>
      </w:r>
      <w:proofErr w:type="spellStart"/>
      <w:r w:rsidR="00DC7602">
        <w:t>Ensino</w:t>
      </w:r>
      <w:proofErr w:type="spellEnd"/>
      <w:r w:rsidR="00DC7602">
        <w:t xml:space="preserve"> Superior </w:t>
      </w:r>
      <w:proofErr w:type="spellStart"/>
      <w:r w:rsidR="00DC7602">
        <w:t>Privada</w:t>
      </w:r>
      <w:proofErr w:type="spellEnd"/>
      <w:r w:rsidR="00DC7602">
        <w:t xml:space="preserve"> </w:t>
      </w:r>
      <w:proofErr w:type="spellStart"/>
      <w:proofErr w:type="gramStart"/>
      <w:r w:rsidR="00DC7602">
        <w:t>sem</w:t>
      </w:r>
      <w:proofErr w:type="spellEnd"/>
      <w:proofErr w:type="gramEnd"/>
      <w:r w:rsidR="00DC7602">
        <w:t xml:space="preserve"> fins </w:t>
      </w:r>
      <w:proofErr w:type="spellStart"/>
      <w:r w:rsidR="00DC7602">
        <w:t>lucrativos</w:t>
      </w:r>
      <w:proofErr w:type="spellEnd"/>
    </w:p>
    <w:p w:rsidR="001226D7" w:rsidRDefault="001226D7"/>
    <w:p w:rsidR="00990E9E" w:rsidRPr="00F6491B" w:rsidRDefault="00DC7602">
      <w:pPr>
        <w:pStyle w:val="Ttulo1"/>
        <w:rPr>
          <w:color w:val="000000" w:themeColor="text1"/>
        </w:rPr>
      </w:pPr>
      <w:r w:rsidRPr="00F6491B">
        <w:rPr>
          <w:color w:val="000000" w:themeColor="text1"/>
        </w:rPr>
        <w:t>4. LOCALIZAÇÃO DA EXECUÇÃO DA PROPOSTA</w:t>
      </w:r>
    </w:p>
    <w:p w:rsidR="001226D7" w:rsidRDefault="001226D7" w:rsidP="00F6491B">
      <w:pPr>
        <w:spacing w:after="0" w:line="360" w:lineRule="auto"/>
        <w:rPr>
          <w:b/>
          <w:color w:val="000000" w:themeColor="text1"/>
        </w:rPr>
      </w:pPr>
    </w:p>
    <w:p w:rsidR="00F6491B" w:rsidRDefault="00DC7602" w:rsidP="00F6491B">
      <w:pPr>
        <w:spacing w:after="0" w:line="360" w:lineRule="auto"/>
        <w:rPr>
          <w:color w:val="000000" w:themeColor="text1"/>
        </w:rPr>
      </w:pPr>
      <w:r w:rsidRPr="00F6491B">
        <w:rPr>
          <w:b/>
          <w:color w:val="000000" w:themeColor="text1"/>
        </w:rPr>
        <w:t xml:space="preserve">4.1 Município(s) onde a </w:t>
      </w:r>
      <w:proofErr w:type="spellStart"/>
      <w:r w:rsidRPr="00F6491B">
        <w:rPr>
          <w:b/>
          <w:color w:val="000000" w:themeColor="text1"/>
        </w:rPr>
        <w:t>proposta</w:t>
      </w:r>
      <w:proofErr w:type="spellEnd"/>
      <w:r w:rsidRPr="00F6491B">
        <w:rPr>
          <w:b/>
          <w:color w:val="000000" w:themeColor="text1"/>
        </w:rPr>
        <w:t xml:space="preserve"> </w:t>
      </w:r>
      <w:proofErr w:type="spellStart"/>
      <w:r w:rsidRPr="00F6491B">
        <w:rPr>
          <w:b/>
          <w:color w:val="000000" w:themeColor="text1"/>
        </w:rPr>
        <w:t>será</w:t>
      </w:r>
      <w:proofErr w:type="spellEnd"/>
      <w:r w:rsidRPr="00F6491B">
        <w:rPr>
          <w:b/>
          <w:color w:val="000000" w:themeColor="text1"/>
        </w:rPr>
        <w:t xml:space="preserve"> </w:t>
      </w:r>
      <w:proofErr w:type="spellStart"/>
      <w:r w:rsidRPr="00F6491B">
        <w:rPr>
          <w:b/>
          <w:color w:val="000000" w:themeColor="text1"/>
        </w:rPr>
        <w:t>executada</w:t>
      </w:r>
      <w:proofErr w:type="spellEnd"/>
      <w:r w:rsidRPr="00F6491B">
        <w:rPr>
          <w:color w:val="000000" w:themeColor="text1"/>
        </w:rPr>
        <w:t>:</w:t>
      </w:r>
    </w:p>
    <w:p w:rsidR="001226D7" w:rsidRDefault="001226D7" w:rsidP="00F6491B">
      <w:pPr>
        <w:spacing w:after="0" w:line="360" w:lineRule="auto"/>
      </w:pPr>
    </w:p>
    <w:p w:rsidR="00990E9E" w:rsidRDefault="00DC7602" w:rsidP="00F6491B">
      <w:pPr>
        <w:spacing w:after="0" w:line="360" w:lineRule="auto"/>
      </w:pPr>
      <w:r>
        <w:t>4.2 Território de Planejamento – marque apenas o território correspondente ao local predominante de execução:</w:t>
      </w:r>
    </w:p>
    <w:p w:rsidR="00990E9E" w:rsidRDefault="008F730A" w:rsidP="001226D7">
      <w:pPr>
        <w:spacing w:after="0" w:line="360" w:lineRule="auto"/>
      </w:pPr>
      <w:r>
        <w:t>(  )</w:t>
      </w:r>
      <w:r w:rsidR="00DC7602">
        <w:t xml:space="preserve"> Grande Aracaju</w:t>
      </w:r>
    </w:p>
    <w:p w:rsidR="00990E9E" w:rsidRDefault="008F730A" w:rsidP="001226D7">
      <w:pPr>
        <w:spacing w:after="0" w:line="360" w:lineRule="auto"/>
      </w:pPr>
      <w:r>
        <w:t>(  )</w:t>
      </w:r>
      <w:r w:rsidR="00DC7602">
        <w:t xml:space="preserve"> Alto </w:t>
      </w:r>
      <w:proofErr w:type="spellStart"/>
      <w:r w:rsidR="00DC7602">
        <w:t>Sertão</w:t>
      </w:r>
      <w:proofErr w:type="spellEnd"/>
      <w:r w:rsidR="00DC7602">
        <w:t xml:space="preserve"> </w:t>
      </w:r>
      <w:proofErr w:type="spellStart"/>
      <w:r w:rsidR="00DC7602">
        <w:t>Sergipano</w:t>
      </w:r>
      <w:proofErr w:type="spellEnd"/>
    </w:p>
    <w:p w:rsidR="00990E9E" w:rsidRDefault="008F730A" w:rsidP="001226D7">
      <w:pPr>
        <w:spacing w:after="0" w:line="360" w:lineRule="auto"/>
      </w:pPr>
      <w:r>
        <w:t>(  )</w:t>
      </w:r>
      <w:r w:rsidR="00DC7602">
        <w:t xml:space="preserve"> </w:t>
      </w:r>
      <w:proofErr w:type="spellStart"/>
      <w:r w:rsidR="00DC7602">
        <w:t>Médio</w:t>
      </w:r>
      <w:proofErr w:type="spellEnd"/>
      <w:r w:rsidR="00DC7602">
        <w:t xml:space="preserve"> </w:t>
      </w:r>
      <w:proofErr w:type="spellStart"/>
      <w:r w:rsidR="00DC7602">
        <w:t>Sertão</w:t>
      </w:r>
      <w:proofErr w:type="spellEnd"/>
      <w:r w:rsidR="00DC7602">
        <w:t xml:space="preserve"> </w:t>
      </w:r>
      <w:proofErr w:type="spellStart"/>
      <w:r w:rsidR="00DC7602">
        <w:t>Sergipano</w:t>
      </w:r>
      <w:proofErr w:type="spellEnd"/>
    </w:p>
    <w:p w:rsidR="00990E9E" w:rsidRDefault="008F730A" w:rsidP="001226D7">
      <w:pPr>
        <w:spacing w:after="0" w:line="360" w:lineRule="auto"/>
      </w:pPr>
      <w:r>
        <w:t>(  )</w:t>
      </w:r>
      <w:r w:rsidR="00DC7602">
        <w:t xml:space="preserve"> </w:t>
      </w:r>
      <w:proofErr w:type="spellStart"/>
      <w:r w:rsidR="00DC7602">
        <w:t>Agreste</w:t>
      </w:r>
      <w:proofErr w:type="spellEnd"/>
      <w:r w:rsidR="00DC7602">
        <w:t xml:space="preserve"> Central </w:t>
      </w:r>
      <w:proofErr w:type="spellStart"/>
      <w:r w:rsidR="00DC7602">
        <w:t>Sergipano</w:t>
      </w:r>
      <w:proofErr w:type="spellEnd"/>
    </w:p>
    <w:p w:rsidR="00990E9E" w:rsidRDefault="008F730A" w:rsidP="001226D7">
      <w:pPr>
        <w:spacing w:after="0" w:line="360" w:lineRule="auto"/>
      </w:pPr>
      <w:r>
        <w:t>(  )</w:t>
      </w:r>
      <w:r w:rsidR="00DC7602">
        <w:t xml:space="preserve"> </w:t>
      </w:r>
      <w:proofErr w:type="spellStart"/>
      <w:r w:rsidR="00DC7602">
        <w:t>Baixo</w:t>
      </w:r>
      <w:proofErr w:type="spellEnd"/>
      <w:r w:rsidR="00DC7602">
        <w:t xml:space="preserve"> São Francisco </w:t>
      </w:r>
      <w:proofErr w:type="spellStart"/>
      <w:r w:rsidR="00DC7602">
        <w:t>Sergipano</w:t>
      </w:r>
      <w:proofErr w:type="spellEnd"/>
    </w:p>
    <w:p w:rsidR="00990E9E" w:rsidRDefault="008F730A" w:rsidP="001226D7">
      <w:pPr>
        <w:spacing w:after="0" w:line="360" w:lineRule="auto"/>
      </w:pPr>
      <w:r>
        <w:t xml:space="preserve">(  ) </w:t>
      </w:r>
      <w:proofErr w:type="spellStart"/>
      <w:r w:rsidR="00DC7602">
        <w:t>Leste</w:t>
      </w:r>
      <w:proofErr w:type="spellEnd"/>
      <w:r w:rsidR="00DC7602">
        <w:t xml:space="preserve"> </w:t>
      </w:r>
      <w:proofErr w:type="spellStart"/>
      <w:r w:rsidR="00DC7602">
        <w:t>Sergipano</w:t>
      </w:r>
      <w:proofErr w:type="spellEnd"/>
    </w:p>
    <w:p w:rsidR="00990E9E" w:rsidRDefault="008F730A" w:rsidP="001226D7">
      <w:pPr>
        <w:spacing w:after="0" w:line="360" w:lineRule="auto"/>
      </w:pPr>
      <w:r>
        <w:t>(  )</w:t>
      </w:r>
      <w:r w:rsidR="00DC7602">
        <w:t xml:space="preserve"> </w:t>
      </w:r>
      <w:proofErr w:type="spellStart"/>
      <w:r w:rsidR="00DC7602">
        <w:t>Sul</w:t>
      </w:r>
      <w:proofErr w:type="spellEnd"/>
      <w:r w:rsidR="00DC7602">
        <w:t xml:space="preserve"> </w:t>
      </w:r>
      <w:proofErr w:type="spellStart"/>
      <w:r w:rsidR="00DC7602">
        <w:t>Sergipano</w:t>
      </w:r>
      <w:proofErr w:type="spellEnd"/>
    </w:p>
    <w:p w:rsidR="00990E9E" w:rsidRDefault="008F730A" w:rsidP="001226D7">
      <w:pPr>
        <w:spacing w:after="0" w:line="360" w:lineRule="auto"/>
      </w:pPr>
      <w:r>
        <w:t>(  )</w:t>
      </w:r>
      <w:r w:rsidR="00DC7602">
        <w:t xml:space="preserve"> Centro </w:t>
      </w:r>
      <w:proofErr w:type="spellStart"/>
      <w:r w:rsidR="00DC7602">
        <w:t>Sul</w:t>
      </w:r>
      <w:proofErr w:type="spellEnd"/>
      <w:r w:rsidR="00DC7602">
        <w:t xml:space="preserve"> </w:t>
      </w:r>
      <w:proofErr w:type="spellStart"/>
      <w:r w:rsidR="00DC7602">
        <w:t>Sergipano</w:t>
      </w:r>
      <w:proofErr w:type="spellEnd"/>
    </w:p>
    <w:p w:rsidR="00990E9E" w:rsidRDefault="00DC7602">
      <w:r>
        <w:t xml:space="preserve">A </w:t>
      </w:r>
      <w:proofErr w:type="spellStart"/>
      <w:r>
        <w:t>marcação</w:t>
      </w:r>
      <w:proofErr w:type="spellEnd"/>
      <w:r>
        <w:t xml:space="preserve"> </w:t>
      </w:r>
      <w:proofErr w:type="spellStart"/>
      <w:r>
        <w:t>possui</w:t>
      </w:r>
      <w:proofErr w:type="spellEnd"/>
      <w:r>
        <w:t xml:space="preserve"> </w:t>
      </w:r>
      <w:proofErr w:type="spellStart"/>
      <w:r>
        <w:t>caráter</w:t>
      </w:r>
      <w:proofErr w:type="spellEnd"/>
      <w:r>
        <w:t xml:space="preserve"> informativo para identificação territorial da proposta, observadas as regras específicas de bonificação previstas no Edital.</w:t>
      </w:r>
    </w:p>
    <w:p w:rsidR="00990E9E" w:rsidRPr="001226D7" w:rsidRDefault="00DC7602">
      <w:pPr>
        <w:pStyle w:val="Ttulo1"/>
        <w:rPr>
          <w:color w:val="000000" w:themeColor="text1"/>
        </w:rPr>
      </w:pPr>
      <w:r w:rsidRPr="001226D7">
        <w:rPr>
          <w:color w:val="000000" w:themeColor="text1"/>
        </w:rPr>
        <w:t>5. IDENTIFICAÇÃO DA PROPOSTA</w:t>
      </w:r>
    </w:p>
    <w:p w:rsidR="008F730A" w:rsidRDefault="00DC7602">
      <w:r w:rsidRPr="001226D7">
        <w:rPr>
          <w:b/>
          <w:color w:val="000000" w:themeColor="text1"/>
        </w:rPr>
        <w:t xml:space="preserve">5.1 </w:t>
      </w:r>
      <w:proofErr w:type="spellStart"/>
      <w:r w:rsidRPr="001226D7">
        <w:rPr>
          <w:b/>
          <w:color w:val="000000" w:themeColor="text1"/>
        </w:rPr>
        <w:t>Título</w:t>
      </w:r>
      <w:proofErr w:type="spellEnd"/>
      <w:r w:rsidRPr="001226D7">
        <w:rPr>
          <w:b/>
          <w:color w:val="000000" w:themeColor="text1"/>
        </w:rPr>
        <w:t xml:space="preserve"> da </w:t>
      </w:r>
      <w:proofErr w:type="spellStart"/>
      <w:r w:rsidRPr="001226D7">
        <w:rPr>
          <w:b/>
          <w:color w:val="000000" w:themeColor="text1"/>
        </w:rPr>
        <w:t>proposta</w:t>
      </w:r>
      <w:proofErr w:type="spellEnd"/>
      <w:r w:rsidRPr="001226D7">
        <w:rPr>
          <w:b/>
          <w:color w:val="000000" w:themeColor="text1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8F730A" w:rsidTr="008F730A">
        <w:tc>
          <w:tcPr>
            <w:tcW w:w="10112" w:type="dxa"/>
          </w:tcPr>
          <w:p w:rsidR="008F730A" w:rsidRDefault="008F730A"/>
          <w:p w:rsidR="008F730A" w:rsidRDefault="008F730A"/>
          <w:p w:rsidR="008F730A" w:rsidRDefault="008F730A"/>
          <w:p w:rsidR="008F730A" w:rsidRDefault="008F730A"/>
        </w:tc>
      </w:tr>
    </w:tbl>
    <w:p w:rsidR="00990E9E" w:rsidRDefault="00990E9E"/>
    <w:p w:rsidR="000612FA" w:rsidRDefault="00DC7602">
      <w:r>
        <w:rPr>
          <w:b/>
        </w:rPr>
        <w:t xml:space="preserve">5.2 </w:t>
      </w:r>
      <w:proofErr w:type="spellStart"/>
      <w:r>
        <w:rPr>
          <w:b/>
        </w:rPr>
        <w:t>Área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temática</w:t>
      </w:r>
      <w:proofErr w:type="spellEnd"/>
      <w:r>
        <w:rPr>
          <w:b/>
        </w:rPr>
        <w:t xml:space="preserve"> principal: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0612FA" w:rsidTr="000612FA">
        <w:tc>
          <w:tcPr>
            <w:tcW w:w="10112" w:type="dxa"/>
          </w:tcPr>
          <w:p w:rsidR="000612FA" w:rsidRDefault="000612FA"/>
          <w:p w:rsidR="000612FA" w:rsidRDefault="000612FA"/>
          <w:p w:rsidR="000612FA" w:rsidRDefault="000612FA"/>
          <w:p w:rsidR="000612FA" w:rsidRDefault="000612FA"/>
        </w:tc>
      </w:tr>
    </w:tbl>
    <w:p w:rsidR="00990E9E" w:rsidRDefault="00DC7602">
      <w:r>
        <w:lastRenderedPageBreak/>
        <w:br/>
      </w:r>
    </w:p>
    <w:p w:rsidR="00990E9E" w:rsidRDefault="00DC7602">
      <w:pPr>
        <w:pStyle w:val="Ttulo1"/>
        <w:rPr>
          <w:color w:val="000000" w:themeColor="text1"/>
        </w:rPr>
      </w:pPr>
      <w:r w:rsidRPr="001226D7">
        <w:rPr>
          <w:color w:val="000000" w:themeColor="text1"/>
        </w:rPr>
        <w:t>6. DECLARAÇÃO DO PROPONENTE</w:t>
      </w:r>
    </w:p>
    <w:p w:rsidR="001226D7" w:rsidRPr="001226D7" w:rsidRDefault="001226D7" w:rsidP="001226D7"/>
    <w:p w:rsidR="00990E9E" w:rsidRDefault="00DC7602">
      <w:proofErr w:type="gramStart"/>
      <w:r>
        <w:t>Declaro, para os devidos fins, que sou o coordenador da proposta; possuo, no mínimo, título de mestre; possuo experiência compatível com o Edital; sou residente no Estado de Sergipe; possuo vínculo formal com instituição de ensino superior e pesquisa, pública ou privada sem fins lucrativos, sediada em Sergipe; mantenho meu Currículo Lattes atualizado; não possuo inadimplência junto à FAPITEC/SE ou à Administração Pública Estadual; e que as informações apresentadas são verdadeiras.</w:t>
      </w:r>
      <w:proofErr w:type="gramEnd"/>
    </w:p>
    <w:p w:rsidR="001226D7" w:rsidRDefault="001226D7">
      <w:pPr>
        <w:rPr>
          <w:b/>
        </w:rPr>
      </w:pPr>
    </w:p>
    <w:p w:rsidR="001226D7" w:rsidRDefault="001226D7">
      <w:pPr>
        <w:rPr>
          <w:b/>
        </w:rPr>
      </w:pPr>
    </w:p>
    <w:p w:rsidR="001226D7" w:rsidRDefault="001226D7">
      <w:pPr>
        <w:rPr>
          <w:b/>
        </w:rPr>
      </w:pPr>
    </w:p>
    <w:p w:rsidR="000612FA" w:rsidRDefault="00DC7602">
      <w:r>
        <w:rPr>
          <w:b/>
        </w:rPr>
        <w:t>Local/Data:</w:t>
      </w:r>
      <w:r>
        <w:br/>
      </w:r>
    </w:p>
    <w:p w:rsidR="00990E9E" w:rsidRDefault="00990E9E"/>
    <w:p w:rsidR="000612FA" w:rsidRDefault="000612FA"/>
    <w:p w:rsidR="000612FA" w:rsidRDefault="000612FA">
      <w:bookmarkStart w:id="0" w:name="_GoBack"/>
      <w:bookmarkEnd w:id="0"/>
    </w:p>
    <w:p w:rsidR="001226D7" w:rsidRDefault="001226D7"/>
    <w:p w:rsidR="00990E9E" w:rsidRDefault="00DC7602" w:rsidP="001226D7">
      <w:pPr>
        <w:spacing w:after="0" w:line="240" w:lineRule="auto"/>
        <w:jc w:val="center"/>
      </w:pPr>
      <w:r>
        <w:br/>
        <w:t>_____________</w:t>
      </w:r>
      <w:r w:rsidR="001226D7">
        <w:t>_______________________________</w:t>
      </w:r>
      <w:r>
        <w:br/>
      </w:r>
      <w:proofErr w:type="spellStart"/>
      <w:r w:rsidR="001226D7">
        <w:t>Proponente</w:t>
      </w:r>
      <w:proofErr w:type="spellEnd"/>
      <w:r w:rsidR="001226D7">
        <w:t>/</w:t>
      </w:r>
      <w:proofErr w:type="spellStart"/>
      <w:r>
        <w:t>Coordenador</w:t>
      </w:r>
      <w:proofErr w:type="spellEnd"/>
      <w:r>
        <w:t xml:space="preserve"> da </w:t>
      </w:r>
      <w:proofErr w:type="spellStart"/>
      <w:r>
        <w:t>Proposta</w:t>
      </w:r>
      <w:proofErr w:type="spellEnd"/>
    </w:p>
    <w:p w:rsidR="001226D7" w:rsidRDefault="001226D7" w:rsidP="001226D7">
      <w:pPr>
        <w:spacing w:after="0" w:line="240" w:lineRule="auto"/>
        <w:jc w:val="center"/>
        <w:rPr>
          <w:i/>
        </w:rPr>
      </w:pPr>
    </w:p>
    <w:p w:rsidR="006F45AA" w:rsidRDefault="006F45AA" w:rsidP="001226D7">
      <w:pPr>
        <w:spacing w:after="0" w:line="240" w:lineRule="auto"/>
        <w:jc w:val="center"/>
        <w:rPr>
          <w:i/>
        </w:rPr>
      </w:pPr>
    </w:p>
    <w:p w:rsidR="006F45AA" w:rsidRDefault="006F45AA" w:rsidP="001226D7">
      <w:pPr>
        <w:spacing w:after="0" w:line="240" w:lineRule="auto"/>
        <w:jc w:val="center"/>
        <w:rPr>
          <w:i/>
        </w:rPr>
      </w:pPr>
    </w:p>
    <w:p w:rsidR="006F45AA" w:rsidRDefault="006F45AA" w:rsidP="001226D7">
      <w:pPr>
        <w:spacing w:after="0" w:line="240" w:lineRule="auto"/>
        <w:jc w:val="center"/>
        <w:rPr>
          <w:i/>
        </w:rPr>
      </w:pPr>
    </w:p>
    <w:p w:rsidR="006F45AA" w:rsidRDefault="006F45AA" w:rsidP="001226D7">
      <w:pPr>
        <w:spacing w:after="0" w:line="240" w:lineRule="auto"/>
        <w:jc w:val="center"/>
        <w:rPr>
          <w:i/>
        </w:rPr>
      </w:pPr>
    </w:p>
    <w:p w:rsidR="006F45AA" w:rsidRDefault="006F45AA" w:rsidP="001226D7">
      <w:pPr>
        <w:spacing w:after="0" w:line="240" w:lineRule="auto"/>
        <w:jc w:val="center"/>
        <w:rPr>
          <w:i/>
        </w:rPr>
      </w:pPr>
    </w:p>
    <w:p w:rsidR="006F45AA" w:rsidRDefault="006F45AA" w:rsidP="001226D7">
      <w:pPr>
        <w:spacing w:after="0" w:line="240" w:lineRule="auto"/>
        <w:jc w:val="center"/>
        <w:rPr>
          <w:i/>
        </w:rPr>
      </w:pPr>
    </w:p>
    <w:p w:rsidR="006F45AA" w:rsidRDefault="006F45AA" w:rsidP="001226D7">
      <w:pPr>
        <w:spacing w:after="0" w:line="240" w:lineRule="auto"/>
        <w:jc w:val="center"/>
        <w:rPr>
          <w:i/>
        </w:rPr>
      </w:pPr>
    </w:p>
    <w:p w:rsidR="006F45AA" w:rsidRDefault="006F45AA" w:rsidP="001226D7">
      <w:pPr>
        <w:spacing w:after="0" w:line="240" w:lineRule="auto"/>
        <w:jc w:val="center"/>
        <w:rPr>
          <w:i/>
        </w:rPr>
      </w:pPr>
    </w:p>
    <w:p w:rsidR="006F45AA" w:rsidRPr="006F45AA" w:rsidRDefault="006F45AA" w:rsidP="006F45AA">
      <w:pPr>
        <w:spacing w:after="0" w:line="240" w:lineRule="auto"/>
        <w:jc w:val="both"/>
        <w:rPr>
          <w:i/>
          <w:color w:val="FF0000"/>
          <w:lang w:val="pt-BR"/>
        </w:rPr>
      </w:pPr>
      <w:r w:rsidRPr="006F45AA">
        <w:rPr>
          <w:i/>
          <w:color w:val="FF0000"/>
          <w:lang w:val="pt-BR"/>
        </w:rPr>
        <w:t xml:space="preserve">Obs.¹: O documento deverá ser corretamente preenchido, convertido para o formato PDF e assinado digitalmente pelo coordenador/proponente. </w:t>
      </w:r>
    </w:p>
    <w:p w:rsidR="006F45AA" w:rsidRPr="006F45AA" w:rsidRDefault="006F45AA" w:rsidP="006F45AA">
      <w:pPr>
        <w:spacing w:after="0" w:line="240" w:lineRule="auto"/>
        <w:jc w:val="both"/>
        <w:rPr>
          <w:i/>
          <w:color w:val="FF0000"/>
          <w:lang w:val="pt-BR"/>
        </w:rPr>
      </w:pPr>
    </w:p>
    <w:p w:rsidR="006F45AA" w:rsidRPr="006F45AA" w:rsidRDefault="006F45AA" w:rsidP="006F45AA">
      <w:pPr>
        <w:spacing w:after="0" w:line="240" w:lineRule="auto"/>
        <w:jc w:val="both"/>
        <w:rPr>
          <w:i/>
          <w:color w:val="FF0000"/>
          <w:lang w:val="pt-BR"/>
        </w:rPr>
      </w:pPr>
      <w:r w:rsidRPr="006F45AA">
        <w:rPr>
          <w:i/>
          <w:color w:val="FF0000"/>
          <w:lang w:val="pt-BR"/>
        </w:rPr>
        <w:t>Obs.²: O encaminhamento deverá ser feito através do protocolo externo do E-</w:t>
      </w:r>
      <w:proofErr w:type="spellStart"/>
      <w:r w:rsidRPr="006F45AA">
        <w:rPr>
          <w:i/>
          <w:color w:val="FF0000"/>
          <w:lang w:val="pt-BR"/>
        </w:rPr>
        <w:t>Doc</w:t>
      </w:r>
      <w:proofErr w:type="spellEnd"/>
      <w:r w:rsidRPr="006F45AA">
        <w:rPr>
          <w:i/>
          <w:color w:val="FF0000"/>
          <w:lang w:val="pt-BR"/>
        </w:rPr>
        <w:t xml:space="preserve"> Sergipe, em arquivo único com os demais anexos obrigatórios. </w:t>
      </w:r>
    </w:p>
    <w:sectPr w:rsidR="006F45AA" w:rsidRPr="006F45AA" w:rsidSect="00034616">
      <w:headerReference w:type="default" r:id="rId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580" w:rsidRDefault="00CC0580" w:rsidP="006D12C4">
      <w:pPr>
        <w:spacing w:after="0" w:line="240" w:lineRule="auto"/>
      </w:pPr>
      <w:r>
        <w:separator/>
      </w:r>
    </w:p>
  </w:endnote>
  <w:endnote w:type="continuationSeparator" w:id="0">
    <w:p w:rsidR="00CC0580" w:rsidRDefault="00CC0580" w:rsidP="006D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580" w:rsidRDefault="00CC0580" w:rsidP="006D12C4">
      <w:pPr>
        <w:spacing w:after="0" w:line="240" w:lineRule="auto"/>
      </w:pPr>
      <w:r>
        <w:separator/>
      </w:r>
    </w:p>
  </w:footnote>
  <w:footnote w:type="continuationSeparator" w:id="0">
    <w:p w:rsidR="00CC0580" w:rsidRDefault="00CC0580" w:rsidP="006D1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0A" w:rsidRDefault="008F730A" w:rsidP="006D12C4">
    <w:pPr>
      <w:pStyle w:val="Cabealho"/>
      <w:jc w:val="center"/>
    </w:pPr>
    <w:r w:rsidRPr="006D12C4">
      <w:rPr>
        <w:noProof/>
        <w:lang w:val="pt-BR" w:eastAsia="pt-BR"/>
      </w:rPr>
      <w:drawing>
        <wp:inline distT="0" distB="0" distL="0" distR="0">
          <wp:extent cx="2560320" cy="853440"/>
          <wp:effectExtent l="0" t="0" r="0" b="3810"/>
          <wp:docPr id="1" name="Imagem 1" descr="Z:\TROCA\LAIZ\ANEXOS - TECNOLOGIAS SOCIAIS\Logo FAPITEC período de defe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TROCA\LAIZ\ANEXOS - TECNOLOGIAS SOCIAIS\Logo FAPITEC período de defes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730A" w:rsidRDefault="008F730A" w:rsidP="006D12C4">
    <w:pPr>
      <w:pStyle w:val="Cabealho"/>
      <w:jc w:val="center"/>
    </w:pPr>
  </w:p>
  <w:p w:rsidR="008F730A" w:rsidRDefault="008F730A" w:rsidP="006D12C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12FA"/>
    <w:rsid w:val="001226D7"/>
    <w:rsid w:val="0015074B"/>
    <w:rsid w:val="0029639D"/>
    <w:rsid w:val="00326F90"/>
    <w:rsid w:val="0061471C"/>
    <w:rsid w:val="006D12C4"/>
    <w:rsid w:val="006F45AA"/>
    <w:rsid w:val="008F730A"/>
    <w:rsid w:val="00990E9E"/>
    <w:rsid w:val="00AA1D8D"/>
    <w:rsid w:val="00B47730"/>
    <w:rsid w:val="00CB0664"/>
    <w:rsid w:val="00CC0580"/>
    <w:rsid w:val="00DC7602"/>
    <w:rsid w:val="00F6491B"/>
    <w:rsid w:val="00FC49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89D1AD9-AEF8-4131-B7C1-410C4FBD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8F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9F1028-62DB-458F-BB30-CF755C43F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366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2344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PROINT-FAP</cp:lastModifiedBy>
  <cp:revision>8</cp:revision>
  <dcterms:created xsi:type="dcterms:W3CDTF">2013-12-23T23:15:00Z</dcterms:created>
  <dcterms:modified xsi:type="dcterms:W3CDTF">2026-08-20T13:20:00Z</dcterms:modified>
  <cp:category/>
</cp:coreProperties>
</file>