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DAA" w:rsidRDefault="00A11DAA">
      <w:pPr>
        <w:jc w:val="center"/>
        <w:rPr>
          <w:b/>
          <w:sz w:val="24"/>
        </w:rPr>
      </w:pPr>
      <w:r>
        <w:rPr>
          <w:b/>
          <w:noProof/>
          <w:sz w:val="24"/>
          <w:lang w:val="pt-BR" w:eastAsia="pt-BR"/>
        </w:rPr>
        <w:drawing>
          <wp:inline distT="0" distB="0" distL="0" distR="0">
            <wp:extent cx="2562225" cy="857250"/>
            <wp:effectExtent l="0" t="0" r="9525" b="0"/>
            <wp:docPr id="1" name="Imagem 1" descr="Y:\MATHEUS\ANEXOS - TECNOLOGIAS SOCIAIS\Logo FAPITEC período de def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MATHEUS\ANEXOS - TECNOLOGIAS SOCIAIS\Logo FAPITEC período de defes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83" w:rsidRDefault="00A11DAA">
      <w:pPr>
        <w:jc w:val="center"/>
      </w:pPr>
      <w:r>
        <w:rPr>
          <w:b/>
          <w:sz w:val="24"/>
        </w:rPr>
        <w:t>FAPITEC/SE – FUNTEC</w:t>
      </w:r>
      <w:r>
        <w:rPr>
          <w:b/>
          <w:sz w:val="24"/>
        </w:rPr>
        <w:br/>
      </w:r>
      <w:r>
        <w:rPr>
          <w:b/>
          <w:sz w:val="28"/>
        </w:rPr>
        <w:t>ANEXO IV – SÍNTESE CURRICULAR DO PROPONENTE</w:t>
      </w:r>
    </w:p>
    <w:p w:rsidR="008A2383" w:rsidRPr="00794773" w:rsidRDefault="00794773" w:rsidP="00A11DAA">
      <w:pPr>
        <w:jc w:val="center"/>
        <w:rPr>
          <w:b/>
        </w:rPr>
      </w:pPr>
      <w:r w:rsidRPr="00794773">
        <w:rPr>
          <w:b/>
        </w:rPr>
        <w:t>EDITAL FAPITEC/SE/FUNTEC Nº 10</w:t>
      </w:r>
      <w:r w:rsidR="00A11DAA" w:rsidRPr="00794773">
        <w:rPr>
          <w:b/>
        </w:rPr>
        <w:t>/2026 – TECNOLOGIAS SOCIAIS</w:t>
      </w:r>
    </w:p>
    <w:p w:rsidR="00794773" w:rsidRDefault="00794773">
      <w:pPr>
        <w:rPr>
          <w:b/>
        </w:rPr>
      </w:pPr>
    </w:p>
    <w:p w:rsidR="00794773" w:rsidRDefault="00794773">
      <w:pPr>
        <w:rPr>
          <w:b/>
        </w:rPr>
      </w:pPr>
    </w:p>
    <w:p w:rsidR="008A2383" w:rsidRDefault="00A11DAA">
      <w:r>
        <w:rPr>
          <w:b/>
        </w:rPr>
        <w:t xml:space="preserve">Nome </w:t>
      </w:r>
      <w:proofErr w:type="spellStart"/>
      <w:r>
        <w:rPr>
          <w:b/>
        </w:rPr>
        <w:t>completo</w:t>
      </w:r>
      <w:proofErr w:type="spellEnd"/>
      <w:r>
        <w:rPr>
          <w:b/>
        </w:rPr>
        <w:t>:</w:t>
      </w:r>
    </w:p>
    <w:p w:rsidR="00794773" w:rsidRDefault="00A11DAA">
      <w:proofErr w:type="spellStart"/>
      <w:r>
        <w:rPr>
          <w:b/>
        </w:rPr>
        <w:t>Titulação</w:t>
      </w:r>
      <w:proofErr w:type="spellEnd"/>
      <w:r>
        <w:rPr>
          <w:b/>
        </w:rPr>
        <w:t>:</w:t>
      </w:r>
    </w:p>
    <w:p w:rsidR="00794773" w:rsidRDefault="00A11DAA">
      <w:proofErr w:type="spellStart"/>
      <w:r>
        <w:rPr>
          <w:b/>
        </w:rPr>
        <w:t>Instituição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vínculo:</w:t>
      </w:r>
      <w:proofErr w:type="spellEnd"/>
    </w:p>
    <w:p w:rsidR="008A2383" w:rsidRDefault="00A11DAA">
      <w:r>
        <w:rPr>
          <w:b/>
        </w:rPr>
        <w:t xml:space="preserve">Link do </w:t>
      </w:r>
      <w:proofErr w:type="spellStart"/>
      <w:r>
        <w:rPr>
          <w:b/>
        </w:rPr>
        <w:t>Currículo</w:t>
      </w:r>
      <w:proofErr w:type="spellEnd"/>
      <w:r>
        <w:rPr>
          <w:b/>
        </w:rPr>
        <w:t xml:space="preserve"> Lattes:</w:t>
      </w:r>
      <w:r>
        <w:br/>
      </w:r>
    </w:p>
    <w:p w:rsidR="008A2383" w:rsidRPr="00794773" w:rsidRDefault="00794773">
      <w:pPr>
        <w:pStyle w:val="Ttulo1"/>
        <w:rPr>
          <w:color w:val="000000" w:themeColor="text1"/>
        </w:rPr>
      </w:pPr>
      <w:r w:rsidRPr="00794773">
        <w:rPr>
          <w:color w:val="000000" w:themeColor="text1"/>
        </w:rPr>
        <w:t>1</w:t>
      </w:r>
      <w:r w:rsidR="00A11DAA" w:rsidRPr="00794773">
        <w:rPr>
          <w:color w:val="000000" w:themeColor="text1"/>
        </w:rPr>
        <w:t>. EXPERIÊNCIAS RELEVANTES – ÚLTIMOS 5 ANOS</w:t>
      </w:r>
    </w:p>
    <w:tbl>
      <w:tblPr>
        <w:tblStyle w:val="Tabelacomgrade"/>
        <w:tblW w:w="10218" w:type="dxa"/>
        <w:jc w:val="center"/>
        <w:tblLook w:val="04A0" w:firstRow="1" w:lastRow="0" w:firstColumn="1" w:lastColumn="0" w:noHBand="0" w:noVBand="1"/>
      </w:tblPr>
      <w:tblGrid>
        <w:gridCol w:w="1189"/>
        <w:gridCol w:w="1454"/>
        <w:gridCol w:w="1322"/>
        <w:gridCol w:w="1225"/>
        <w:gridCol w:w="1379"/>
        <w:gridCol w:w="2379"/>
        <w:gridCol w:w="1270"/>
      </w:tblGrid>
      <w:tr w:rsidR="008A2383" w:rsidTr="00A11DAA">
        <w:trPr>
          <w:trHeight w:val="879"/>
          <w:jc w:val="center"/>
        </w:trPr>
        <w:tc>
          <w:tcPr>
            <w:tcW w:w="1189" w:type="dxa"/>
            <w:vAlign w:val="center"/>
          </w:tcPr>
          <w:p w:rsidR="008A2383" w:rsidRDefault="00A11DAA">
            <w:r>
              <w:rPr>
                <w:b/>
              </w:rPr>
              <w:t>Período</w:t>
            </w:r>
          </w:p>
        </w:tc>
        <w:tc>
          <w:tcPr>
            <w:tcW w:w="1454" w:type="dxa"/>
            <w:vAlign w:val="center"/>
          </w:tcPr>
          <w:p w:rsidR="008A2383" w:rsidRDefault="00A11DAA">
            <w:r>
              <w:rPr>
                <w:b/>
              </w:rPr>
              <w:t>Projeto/Ação</w:t>
            </w:r>
          </w:p>
        </w:tc>
        <w:tc>
          <w:tcPr>
            <w:tcW w:w="1322" w:type="dxa"/>
            <w:vAlign w:val="center"/>
          </w:tcPr>
          <w:p w:rsidR="008A2383" w:rsidRDefault="00A11DAA">
            <w:r>
              <w:rPr>
                <w:b/>
              </w:rPr>
              <w:t>Instituição</w:t>
            </w:r>
          </w:p>
        </w:tc>
        <w:tc>
          <w:tcPr>
            <w:tcW w:w="1225" w:type="dxa"/>
            <w:vAlign w:val="center"/>
          </w:tcPr>
          <w:p w:rsidR="008A2383" w:rsidRDefault="00A11DAA">
            <w:r>
              <w:rPr>
                <w:b/>
              </w:rPr>
              <w:t>Função exercida</w:t>
            </w:r>
          </w:p>
        </w:tc>
        <w:tc>
          <w:tcPr>
            <w:tcW w:w="1379" w:type="dxa"/>
            <w:vAlign w:val="center"/>
          </w:tcPr>
          <w:p w:rsidR="008A2383" w:rsidRDefault="00A11DAA">
            <w:r>
              <w:rPr>
                <w:b/>
              </w:rPr>
              <w:t>Área relacionada ao Edital</w:t>
            </w:r>
          </w:p>
        </w:tc>
        <w:tc>
          <w:tcPr>
            <w:tcW w:w="2379" w:type="dxa"/>
            <w:vAlign w:val="center"/>
          </w:tcPr>
          <w:p w:rsidR="008A2383" w:rsidRDefault="00A11DAA">
            <w:r>
              <w:rPr>
                <w:b/>
              </w:rPr>
              <w:t>Comunidade/Território</w:t>
            </w:r>
          </w:p>
        </w:tc>
        <w:tc>
          <w:tcPr>
            <w:tcW w:w="1270" w:type="dxa"/>
            <w:vAlign w:val="center"/>
          </w:tcPr>
          <w:p w:rsidR="008A2383" w:rsidRDefault="00A11DAA">
            <w:r>
              <w:rPr>
                <w:b/>
              </w:rPr>
              <w:t>Principal resultado</w:t>
            </w:r>
          </w:p>
        </w:tc>
      </w:tr>
      <w:tr w:rsidR="008A2383" w:rsidTr="00A11DAA">
        <w:trPr>
          <w:trHeight w:val="287"/>
          <w:jc w:val="center"/>
        </w:trPr>
        <w:tc>
          <w:tcPr>
            <w:tcW w:w="1189" w:type="dxa"/>
          </w:tcPr>
          <w:p w:rsidR="008A2383" w:rsidRDefault="008A2383"/>
        </w:tc>
        <w:tc>
          <w:tcPr>
            <w:tcW w:w="1454" w:type="dxa"/>
          </w:tcPr>
          <w:p w:rsidR="008A2383" w:rsidRDefault="008A2383"/>
        </w:tc>
        <w:tc>
          <w:tcPr>
            <w:tcW w:w="1322" w:type="dxa"/>
          </w:tcPr>
          <w:p w:rsidR="008A2383" w:rsidRDefault="008A2383"/>
        </w:tc>
        <w:tc>
          <w:tcPr>
            <w:tcW w:w="1225" w:type="dxa"/>
          </w:tcPr>
          <w:p w:rsidR="008A2383" w:rsidRDefault="008A2383"/>
        </w:tc>
        <w:tc>
          <w:tcPr>
            <w:tcW w:w="1379" w:type="dxa"/>
          </w:tcPr>
          <w:p w:rsidR="008A2383" w:rsidRDefault="008A2383"/>
        </w:tc>
        <w:tc>
          <w:tcPr>
            <w:tcW w:w="2379" w:type="dxa"/>
          </w:tcPr>
          <w:p w:rsidR="008A2383" w:rsidRDefault="008A2383"/>
        </w:tc>
        <w:tc>
          <w:tcPr>
            <w:tcW w:w="1270" w:type="dxa"/>
          </w:tcPr>
          <w:p w:rsidR="008A2383" w:rsidRDefault="008A2383"/>
        </w:tc>
      </w:tr>
      <w:tr w:rsidR="008A2383" w:rsidTr="00A11DAA">
        <w:trPr>
          <w:trHeight w:val="287"/>
          <w:jc w:val="center"/>
        </w:trPr>
        <w:tc>
          <w:tcPr>
            <w:tcW w:w="1189" w:type="dxa"/>
          </w:tcPr>
          <w:p w:rsidR="008A2383" w:rsidRDefault="008A2383"/>
        </w:tc>
        <w:tc>
          <w:tcPr>
            <w:tcW w:w="1454" w:type="dxa"/>
          </w:tcPr>
          <w:p w:rsidR="008A2383" w:rsidRDefault="008A2383"/>
        </w:tc>
        <w:tc>
          <w:tcPr>
            <w:tcW w:w="1322" w:type="dxa"/>
          </w:tcPr>
          <w:p w:rsidR="008A2383" w:rsidRDefault="008A2383"/>
        </w:tc>
        <w:tc>
          <w:tcPr>
            <w:tcW w:w="1225" w:type="dxa"/>
          </w:tcPr>
          <w:p w:rsidR="008A2383" w:rsidRDefault="008A2383"/>
        </w:tc>
        <w:tc>
          <w:tcPr>
            <w:tcW w:w="1379" w:type="dxa"/>
          </w:tcPr>
          <w:p w:rsidR="008A2383" w:rsidRDefault="008A2383"/>
        </w:tc>
        <w:tc>
          <w:tcPr>
            <w:tcW w:w="2379" w:type="dxa"/>
          </w:tcPr>
          <w:p w:rsidR="008A2383" w:rsidRDefault="008A2383"/>
        </w:tc>
        <w:tc>
          <w:tcPr>
            <w:tcW w:w="1270" w:type="dxa"/>
          </w:tcPr>
          <w:p w:rsidR="008A2383" w:rsidRDefault="008A2383"/>
        </w:tc>
      </w:tr>
      <w:tr w:rsidR="008A2383" w:rsidTr="00A11DAA">
        <w:trPr>
          <w:trHeight w:val="287"/>
          <w:jc w:val="center"/>
        </w:trPr>
        <w:tc>
          <w:tcPr>
            <w:tcW w:w="1189" w:type="dxa"/>
          </w:tcPr>
          <w:p w:rsidR="008A2383" w:rsidRDefault="008A2383"/>
        </w:tc>
        <w:tc>
          <w:tcPr>
            <w:tcW w:w="1454" w:type="dxa"/>
          </w:tcPr>
          <w:p w:rsidR="008A2383" w:rsidRDefault="008A2383"/>
        </w:tc>
        <w:tc>
          <w:tcPr>
            <w:tcW w:w="1322" w:type="dxa"/>
          </w:tcPr>
          <w:p w:rsidR="008A2383" w:rsidRDefault="008A2383"/>
        </w:tc>
        <w:tc>
          <w:tcPr>
            <w:tcW w:w="1225" w:type="dxa"/>
          </w:tcPr>
          <w:p w:rsidR="008A2383" w:rsidRDefault="008A2383"/>
        </w:tc>
        <w:tc>
          <w:tcPr>
            <w:tcW w:w="1379" w:type="dxa"/>
          </w:tcPr>
          <w:p w:rsidR="008A2383" w:rsidRDefault="008A2383"/>
        </w:tc>
        <w:tc>
          <w:tcPr>
            <w:tcW w:w="2379" w:type="dxa"/>
          </w:tcPr>
          <w:p w:rsidR="008A2383" w:rsidRDefault="008A2383"/>
        </w:tc>
        <w:tc>
          <w:tcPr>
            <w:tcW w:w="1270" w:type="dxa"/>
          </w:tcPr>
          <w:p w:rsidR="008A2383" w:rsidRDefault="008A2383"/>
        </w:tc>
      </w:tr>
      <w:tr w:rsidR="008A2383" w:rsidTr="00A11DAA">
        <w:trPr>
          <w:trHeight w:val="287"/>
          <w:jc w:val="center"/>
        </w:trPr>
        <w:tc>
          <w:tcPr>
            <w:tcW w:w="1189" w:type="dxa"/>
          </w:tcPr>
          <w:p w:rsidR="008A2383" w:rsidRDefault="008A2383"/>
        </w:tc>
        <w:tc>
          <w:tcPr>
            <w:tcW w:w="1454" w:type="dxa"/>
          </w:tcPr>
          <w:p w:rsidR="008A2383" w:rsidRDefault="008A2383"/>
        </w:tc>
        <w:tc>
          <w:tcPr>
            <w:tcW w:w="1322" w:type="dxa"/>
          </w:tcPr>
          <w:p w:rsidR="008A2383" w:rsidRDefault="008A2383"/>
        </w:tc>
        <w:tc>
          <w:tcPr>
            <w:tcW w:w="1225" w:type="dxa"/>
          </w:tcPr>
          <w:p w:rsidR="008A2383" w:rsidRDefault="008A2383"/>
        </w:tc>
        <w:tc>
          <w:tcPr>
            <w:tcW w:w="1379" w:type="dxa"/>
          </w:tcPr>
          <w:p w:rsidR="008A2383" w:rsidRDefault="008A2383"/>
        </w:tc>
        <w:tc>
          <w:tcPr>
            <w:tcW w:w="2379" w:type="dxa"/>
          </w:tcPr>
          <w:p w:rsidR="008A2383" w:rsidRDefault="008A2383"/>
        </w:tc>
        <w:tc>
          <w:tcPr>
            <w:tcW w:w="1270" w:type="dxa"/>
          </w:tcPr>
          <w:p w:rsidR="008A2383" w:rsidRDefault="008A2383"/>
        </w:tc>
      </w:tr>
      <w:tr w:rsidR="008A2383" w:rsidTr="00A11DAA">
        <w:trPr>
          <w:trHeight w:val="287"/>
          <w:jc w:val="center"/>
        </w:trPr>
        <w:tc>
          <w:tcPr>
            <w:tcW w:w="1189" w:type="dxa"/>
          </w:tcPr>
          <w:p w:rsidR="008A2383" w:rsidRDefault="008A2383"/>
        </w:tc>
        <w:tc>
          <w:tcPr>
            <w:tcW w:w="1454" w:type="dxa"/>
          </w:tcPr>
          <w:p w:rsidR="008A2383" w:rsidRDefault="008A2383"/>
        </w:tc>
        <w:tc>
          <w:tcPr>
            <w:tcW w:w="1322" w:type="dxa"/>
          </w:tcPr>
          <w:p w:rsidR="008A2383" w:rsidRDefault="008A2383"/>
        </w:tc>
        <w:tc>
          <w:tcPr>
            <w:tcW w:w="1225" w:type="dxa"/>
          </w:tcPr>
          <w:p w:rsidR="008A2383" w:rsidRDefault="008A2383"/>
        </w:tc>
        <w:tc>
          <w:tcPr>
            <w:tcW w:w="1379" w:type="dxa"/>
          </w:tcPr>
          <w:p w:rsidR="008A2383" w:rsidRDefault="008A2383"/>
        </w:tc>
        <w:tc>
          <w:tcPr>
            <w:tcW w:w="2379" w:type="dxa"/>
          </w:tcPr>
          <w:p w:rsidR="008A2383" w:rsidRDefault="008A2383"/>
        </w:tc>
        <w:tc>
          <w:tcPr>
            <w:tcW w:w="1270" w:type="dxa"/>
          </w:tcPr>
          <w:p w:rsidR="008A2383" w:rsidRDefault="008A2383"/>
        </w:tc>
      </w:tr>
      <w:tr w:rsidR="008A2383" w:rsidTr="00A11DAA">
        <w:trPr>
          <w:trHeight w:val="306"/>
          <w:jc w:val="center"/>
        </w:trPr>
        <w:tc>
          <w:tcPr>
            <w:tcW w:w="1189" w:type="dxa"/>
          </w:tcPr>
          <w:p w:rsidR="008A2383" w:rsidRDefault="008A2383"/>
        </w:tc>
        <w:tc>
          <w:tcPr>
            <w:tcW w:w="1454" w:type="dxa"/>
          </w:tcPr>
          <w:p w:rsidR="008A2383" w:rsidRDefault="008A2383"/>
        </w:tc>
        <w:tc>
          <w:tcPr>
            <w:tcW w:w="1322" w:type="dxa"/>
          </w:tcPr>
          <w:p w:rsidR="008A2383" w:rsidRDefault="008A2383"/>
        </w:tc>
        <w:tc>
          <w:tcPr>
            <w:tcW w:w="1225" w:type="dxa"/>
          </w:tcPr>
          <w:p w:rsidR="008A2383" w:rsidRDefault="008A2383"/>
        </w:tc>
        <w:tc>
          <w:tcPr>
            <w:tcW w:w="1379" w:type="dxa"/>
          </w:tcPr>
          <w:p w:rsidR="008A2383" w:rsidRDefault="008A2383"/>
        </w:tc>
        <w:tc>
          <w:tcPr>
            <w:tcW w:w="2379" w:type="dxa"/>
          </w:tcPr>
          <w:p w:rsidR="008A2383" w:rsidRDefault="008A2383"/>
        </w:tc>
        <w:tc>
          <w:tcPr>
            <w:tcW w:w="1270" w:type="dxa"/>
          </w:tcPr>
          <w:p w:rsidR="008A2383" w:rsidRDefault="008A2383"/>
        </w:tc>
      </w:tr>
    </w:tbl>
    <w:p w:rsidR="00A11DAA" w:rsidRPr="00794773" w:rsidRDefault="00794773" w:rsidP="00794773">
      <w:pPr>
        <w:pStyle w:val="Ttulo1"/>
        <w:rPr>
          <w:color w:val="000000" w:themeColor="text1"/>
        </w:rPr>
      </w:pPr>
      <w:r w:rsidRPr="00794773">
        <w:rPr>
          <w:color w:val="000000" w:themeColor="text1"/>
        </w:rPr>
        <w:t>2</w:t>
      </w:r>
      <w:r w:rsidR="00A11DAA" w:rsidRPr="00794773">
        <w:rPr>
          <w:color w:val="000000" w:themeColor="text1"/>
        </w:rPr>
        <w:t>. EXPERIÊNCIA EM EXTENSÃO UNIVERSITÁRIA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11DAA" w:rsidTr="00A11DAA">
        <w:tc>
          <w:tcPr>
            <w:tcW w:w="10112" w:type="dxa"/>
          </w:tcPr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</w:tc>
      </w:tr>
    </w:tbl>
    <w:p w:rsidR="008A2383" w:rsidRDefault="008A2383"/>
    <w:p w:rsidR="00A11DAA" w:rsidRPr="00794773" w:rsidRDefault="00A11DAA" w:rsidP="00794773">
      <w:pPr>
        <w:pStyle w:val="Ttulo1"/>
        <w:rPr>
          <w:color w:val="000000" w:themeColor="text1"/>
        </w:rPr>
      </w:pPr>
      <w:r w:rsidRPr="00794773">
        <w:rPr>
          <w:color w:val="000000" w:themeColor="text1"/>
        </w:rPr>
        <w:lastRenderedPageBreak/>
        <w:t>4. EXPERIÊNCIA EM IMPACTO SOCIAL, INOVAÇÃO SOCIAL OU TECNOLOGIAS SOCIAIS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11DAA" w:rsidTr="00A11DAA">
        <w:tc>
          <w:tcPr>
            <w:tcW w:w="10112" w:type="dxa"/>
          </w:tcPr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</w:tc>
      </w:tr>
    </w:tbl>
    <w:p w:rsidR="008A2383" w:rsidRDefault="008A2383"/>
    <w:p w:rsidR="00E40DD5" w:rsidRPr="00E40DD5" w:rsidRDefault="00A11DAA" w:rsidP="00E40DD5">
      <w:pPr>
        <w:pStyle w:val="Ttulo1"/>
        <w:rPr>
          <w:color w:val="000000" w:themeColor="text1"/>
        </w:rPr>
      </w:pPr>
      <w:r w:rsidRPr="00794773">
        <w:rPr>
          <w:color w:val="000000" w:themeColor="text1"/>
        </w:rPr>
        <w:t>5. EXPERIÊNCIA EM DESENVOLVIMENTO TERRITORIAL, GERAÇÃO DE RENDA OU INCLUSÃO PRODUTIVA</w:t>
      </w:r>
      <w: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E40DD5" w:rsidTr="00E40DD5">
        <w:tc>
          <w:tcPr>
            <w:tcW w:w="10112" w:type="dxa"/>
          </w:tcPr>
          <w:p w:rsidR="00E40DD5" w:rsidRDefault="00E40DD5" w:rsidP="00E40DD5">
            <w:pPr>
              <w:pStyle w:val="Ttulo1"/>
              <w:outlineLvl w:val="0"/>
              <w:rPr>
                <w:color w:val="000000" w:themeColor="text1"/>
              </w:rPr>
            </w:pPr>
          </w:p>
          <w:p w:rsidR="00E40DD5" w:rsidRPr="00E40DD5" w:rsidRDefault="00E40DD5" w:rsidP="00E40DD5"/>
        </w:tc>
      </w:tr>
    </w:tbl>
    <w:p w:rsidR="00A11DAA" w:rsidRPr="00794773" w:rsidRDefault="00A11DAA" w:rsidP="00794773">
      <w:pPr>
        <w:pStyle w:val="Ttulo1"/>
        <w:rPr>
          <w:color w:val="000000" w:themeColor="text1"/>
        </w:rPr>
      </w:pPr>
      <w:r w:rsidRPr="00794773">
        <w:rPr>
          <w:color w:val="000000" w:themeColor="text1"/>
        </w:rPr>
        <w:t>6. PRINCIPAIS RESULTADOS DAS EXPERIÊNCIAS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11DAA" w:rsidTr="00A11DAA">
        <w:tc>
          <w:tcPr>
            <w:tcW w:w="10112" w:type="dxa"/>
          </w:tcPr>
          <w:p w:rsidR="00A11DAA" w:rsidRDefault="00A11DAA"/>
          <w:p w:rsidR="00A11DAA" w:rsidRDefault="00A11DAA"/>
          <w:p w:rsidR="00A11DAA" w:rsidRDefault="00A11DAA"/>
          <w:p w:rsidR="00A11DAA" w:rsidRDefault="00A11DAA"/>
          <w:p w:rsidR="00A11DAA" w:rsidRDefault="00A11DAA"/>
        </w:tc>
      </w:tr>
    </w:tbl>
    <w:p w:rsidR="008A2383" w:rsidRDefault="008A2383"/>
    <w:p w:rsidR="00794773" w:rsidRPr="00794773" w:rsidRDefault="00A11DAA" w:rsidP="00794773">
      <w:pPr>
        <w:pStyle w:val="Ttulo1"/>
        <w:rPr>
          <w:color w:val="auto"/>
        </w:rPr>
      </w:pPr>
      <w:r w:rsidRPr="00794773">
        <w:rPr>
          <w:color w:val="auto"/>
        </w:rPr>
        <w:t>7. DECLARAÇÃO</w:t>
      </w:r>
    </w:p>
    <w:p w:rsidR="00794773" w:rsidRPr="00794773" w:rsidRDefault="00A11DAA">
      <w:r>
        <w:t>Declaro que as informações apresentadas nesta Síntese Curricular correspondem às experiências constantes do meu Currículo Lattes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devidamente</w:t>
      </w:r>
      <w:proofErr w:type="spellEnd"/>
      <w:r>
        <w:t xml:space="preserve"> </w:t>
      </w:r>
      <w:proofErr w:type="spellStart"/>
      <w:r>
        <w:t>comprováveis</w:t>
      </w:r>
      <w:proofErr w:type="spellEnd"/>
      <w:r>
        <w:t>.</w:t>
      </w:r>
    </w:p>
    <w:p w:rsidR="003E3EE0" w:rsidRDefault="003E3EE0">
      <w:pPr>
        <w:rPr>
          <w:b/>
        </w:rPr>
      </w:pPr>
    </w:p>
    <w:p w:rsidR="008A2383" w:rsidRDefault="00A11DAA">
      <w:r>
        <w:rPr>
          <w:b/>
        </w:rPr>
        <w:t>Local/Data:</w:t>
      </w:r>
      <w:r>
        <w:br/>
      </w:r>
    </w:p>
    <w:p w:rsidR="003E3EE0" w:rsidRDefault="003E3EE0"/>
    <w:p w:rsidR="003E3EE0" w:rsidRDefault="003E3EE0"/>
    <w:p w:rsidR="003E3EE0" w:rsidRDefault="00A11DAA" w:rsidP="003E3EE0">
      <w:pPr>
        <w:spacing w:line="240" w:lineRule="auto"/>
        <w:jc w:val="center"/>
      </w:pPr>
      <w:r>
        <w:br/>
        <w:t>_______________________________</w:t>
      </w:r>
      <w:r w:rsidR="003E3EE0">
        <w:t>_____________</w:t>
      </w:r>
    </w:p>
    <w:p w:rsidR="003E3EE0" w:rsidRDefault="003E3EE0" w:rsidP="003E3EE0">
      <w:pPr>
        <w:spacing w:after="0" w:line="240" w:lineRule="auto"/>
        <w:jc w:val="center"/>
      </w:pPr>
      <w:r>
        <w:t xml:space="preserve">PROPONENTE </w:t>
      </w:r>
      <w:bookmarkStart w:id="0" w:name="_GoBack"/>
      <w:bookmarkEnd w:id="0"/>
    </w:p>
    <w:p w:rsidR="003E3EE0" w:rsidRDefault="003E3EE0" w:rsidP="003E3EE0">
      <w:pPr>
        <w:spacing w:after="0" w:line="240" w:lineRule="auto"/>
        <w:jc w:val="center"/>
      </w:pPr>
      <w:r>
        <w:t>(</w:t>
      </w:r>
      <w:proofErr w:type="spellStart"/>
      <w:r w:rsidRPr="003E3EE0">
        <w:rPr>
          <w:i/>
        </w:rPr>
        <w:t>Assinatura</w:t>
      </w:r>
      <w:proofErr w:type="spellEnd"/>
      <w:r w:rsidRPr="003E3EE0">
        <w:rPr>
          <w:i/>
        </w:rPr>
        <w:t xml:space="preserve"> digital</w:t>
      </w:r>
      <w:r>
        <w:t>)</w:t>
      </w:r>
    </w:p>
    <w:sectPr w:rsidR="003E3EE0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3EE0"/>
    <w:rsid w:val="00794773"/>
    <w:rsid w:val="008A2383"/>
    <w:rsid w:val="00A11DAA"/>
    <w:rsid w:val="00AA1D8D"/>
    <w:rsid w:val="00B47730"/>
    <w:rsid w:val="00CB0664"/>
    <w:rsid w:val="00E40D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F643FD6-ED76-4588-9B56-3A7D0B54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11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5D1CDA-8D10-4DF7-9BEC-39BEC40F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PROINT-FAP</cp:lastModifiedBy>
  <cp:revision>5</cp:revision>
  <dcterms:created xsi:type="dcterms:W3CDTF">2013-12-23T23:15:00Z</dcterms:created>
  <dcterms:modified xsi:type="dcterms:W3CDTF">2026-08-20T13:49:00Z</dcterms:modified>
  <cp:category/>
</cp:coreProperties>
</file>