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7376" w:rsidRDefault="00EE7376" w:rsidP="00EE7376">
      <w:pPr>
        <w:pStyle w:val="SemEspaamento"/>
        <w:jc w:val="center"/>
        <w:rPr>
          <w:sz w:val="24"/>
        </w:rPr>
      </w:pPr>
      <w:r>
        <w:rPr>
          <w:noProof/>
          <w:sz w:val="24"/>
          <w:lang w:val="pt-BR" w:eastAsia="pt-BR"/>
        </w:rPr>
        <w:drawing>
          <wp:inline distT="0" distB="0" distL="0" distR="0">
            <wp:extent cx="2562225" cy="857250"/>
            <wp:effectExtent l="0" t="0" r="9525" b="0"/>
            <wp:docPr id="1" name="Imagem 1" descr="Y:\MATHEUS\ANEXOS - TECNOLOGIAS SOCIAIS\Logo FAPITEC período de defes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MATHEUS\ANEXOS - TECNOLOGIAS SOCIAIS\Logo FAPITEC período de defeso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7376" w:rsidRDefault="00EE7376" w:rsidP="00EE7376">
      <w:pPr>
        <w:pStyle w:val="SemEspaamento"/>
        <w:jc w:val="center"/>
        <w:rPr>
          <w:sz w:val="24"/>
        </w:rPr>
      </w:pPr>
    </w:p>
    <w:p w:rsidR="007C46CC" w:rsidRPr="00572D23" w:rsidRDefault="00EE7376" w:rsidP="00EE7376">
      <w:pPr>
        <w:pStyle w:val="SemEspaamento"/>
        <w:jc w:val="center"/>
        <w:rPr>
          <w:rFonts w:ascii="Arial" w:hAnsi="Arial" w:cs="Arial"/>
          <w:b/>
          <w:sz w:val="24"/>
        </w:rPr>
      </w:pPr>
      <w:r w:rsidRPr="00572D23">
        <w:rPr>
          <w:rFonts w:ascii="Arial" w:hAnsi="Arial" w:cs="Arial"/>
          <w:sz w:val="24"/>
        </w:rPr>
        <w:br/>
      </w:r>
      <w:r w:rsidRPr="00572D23">
        <w:rPr>
          <w:rFonts w:ascii="Arial" w:hAnsi="Arial" w:cs="Arial"/>
          <w:b/>
        </w:rPr>
        <w:t>ANEXO III – PLANO ORÇAMENTÁRIO E CRONOGRAMA DE APLICAÇÃO DOS RECURSOS</w:t>
      </w:r>
    </w:p>
    <w:p w:rsidR="00572D23" w:rsidRPr="00572D23" w:rsidRDefault="00572D23" w:rsidP="00EE7376">
      <w:pPr>
        <w:jc w:val="center"/>
        <w:rPr>
          <w:rFonts w:cs="Arial"/>
          <w:b/>
          <w:sz w:val="22"/>
        </w:rPr>
      </w:pPr>
    </w:p>
    <w:p w:rsidR="007C46CC" w:rsidRPr="00572D23" w:rsidRDefault="00572D23" w:rsidP="00EE7376">
      <w:pPr>
        <w:jc w:val="center"/>
        <w:rPr>
          <w:rFonts w:cs="Arial"/>
          <w:b/>
          <w:sz w:val="22"/>
        </w:rPr>
      </w:pPr>
      <w:r w:rsidRPr="00572D23">
        <w:rPr>
          <w:rFonts w:cs="Arial"/>
          <w:b/>
          <w:sz w:val="22"/>
        </w:rPr>
        <w:t>EDITAL FAPITEC/SE/FUNTEC Nº 10</w:t>
      </w:r>
      <w:r w:rsidR="00EE7376" w:rsidRPr="00572D23">
        <w:rPr>
          <w:rFonts w:cs="Arial"/>
          <w:b/>
          <w:sz w:val="22"/>
        </w:rPr>
        <w:t>/2026 – TECNOLOGIAS SOCIAIS</w:t>
      </w:r>
    </w:p>
    <w:p w:rsidR="00EE7376" w:rsidRDefault="00EE7376" w:rsidP="00EE7376">
      <w:pPr>
        <w:jc w:val="center"/>
      </w:pPr>
    </w:p>
    <w:p w:rsidR="00572D23" w:rsidRDefault="00572D23">
      <w:pPr>
        <w:rPr>
          <w:b/>
        </w:rPr>
      </w:pPr>
    </w:p>
    <w:p w:rsidR="00572D23" w:rsidRPr="00572D23" w:rsidRDefault="00EE7376">
      <w:pPr>
        <w:rPr>
          <w:sz w:val="22"/>
        </w:rPr>
      </w:pPr>
      <w:proofErr w:type="spellStart"/>
      <w:r w:rsidRPr="00572D23">
        <w:rPr>
          <w:b/>
          <w:sz w:val="22"/>
        </w:rPr>
        <w:t>Título</w:t>
      </w:r>
      <w:proofErr w:type="spellEnd"/>
      <w:r w:rsidRPr="00572D23">
        <w:rPr>
          <w:b/>
          <w:sz w:val="22"/>
        </w:rPr>
        <w:t xml:space="preserve"> do </w:t>
      </w:r>
      <w:proofErr w:type="spellStart"/>
      <w:r w:rsidRPr="00572D23">
        <w:rPr>
          <w:b/>
          <w:sz w:val="22"/>
        </w:rPr>
        <w:t>projeto</w:t>
      </w:r>
      <w:proofErr w:type="spellEnd"/>
      <w:r w:rsidRPr="00572D23">
        <w:rPr>
          <w:sz w:val="22"/>
        </w:rPr>
        <w:t>:</w:t>
      </w:r>
    </w:p>
    <w:p w:rsidR="00EE7376" w:rsidRPr="00572D23" w:rsidRDefault="00EE7376">
      <w:pPr>
        <w:rPr>
          <w:sz w:val="22"/>
        </w:rPr>
      </w:pPr>
      <w:proofErr w:type="spellStart"/>
      <w:r w:rsidRPr="00572D23">
        <w:rPr>
          <w:b/>
          <w:sz w:val="22"/>
        </w:rPr>
        <w:t>Coordenador</w:t>
      </w:r>
      <w:proofErr w:type="spellEnd"/>
      <w:r w:rsidRPr="00572D23">
        <w:rPr>
          <w:sz w:val="22"/>
        </w:rPr>
        <w:t>:</w:t>
      </w:r>
    </w:p>
    <w:p w:rsidR="007C46CC" w:rsidRDefault="00EE7376">
      <w:proofErr w:type="spellStart"/>
      <w:r w:rsidRPr="00572D23">
        <w:rPr>
          <w:b/>
          <w:sz w:val="22"/>
        </w:rPr>
        <w:t>Instituição</w:t>
      </w:r>
      <w:proofErr w:type="spellEnd"/>
      <w:r w:rsidRPr="00572D23">
        <w:rPr>
          <w:b/>
          <w:sz w:val="22"/>
        </w:rPr>
        <w:t xml:space="preserve"> </w:t>
      </w:r>
      <w:proofErr w:type="spellStart"/>
      <w:r w:rsidRPr="00572D23">
        <w:rPr>
          <w:b/>
          <w:sz w:val="22"/>
        </w:rPr>
        <w:t>executora</w:t>
      </w:r>
      <w:proofErr w:type="spellEnd"/>
      <w:r w:rsidRPr="00572D23">
        <w:rPr>
          <w:sz w:val="22"/>
        </w:rPr>
        <w:t>:</w:t>
      </w:r>
      <w:r>
        <w:br/>
      </w:r>
    </w:p>
    <w:p w:rsidR="007C46CC" w:rsidRPr="00572D23" w:rsidRDefault="00EE7376">
      <w:pPr>
        <w:pStyle w:val="Ttulo1"/>
        <w:rPr>
          <w:color w:val="000000" w:themeColor="text1"/>
        </w:rPr>
      </w:pPr>
      <w:r w:rsidRPr="00572D23">
        <w:rPr>
          <w:color w:val="000000" w:themeColor="text1"/>
        </w:rPr>
        <w:t>1. RESUMO ORÇAMENTÁRIO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329"/>
        <w:gridCol w:w="3329"/>
        <w:gridCol w:w="3329"/>
      </w:tblGrid>
      <w:tr w:rsidR="007C46CC" w:rsidTr="00EE7376">
        <w:trPr>
          <w:trHeight w:val="397"/>
          <w:jc w:val="center"/>
        </w:trPr>
        <w:tc>
          <w:tcPr>
            <w:tcW w:w="3329" w:type="dxa"/>
            <w:vAlign w:val="center"/>
          </w:tcPr>
          <w:p w:rsidR="007C46CC" w:rsidRDefault="00EE7376">
            <w:proofErr w:type="spellStart"/>
            <w:r>
              <w:rPr>
                <w:b/>
              </w:rPr>
              <w:t>Categoria</w:t>
            </w:r>
            <w:proofErr w:type="spellEnd"/>
          </w:p>
        </w:tc>
        <w:tc>
          <w:tcPr>
            <w:tcW w:w="3329" w:type="dxa"/>
            <w:vAlign w:val="center"/>
          </w:tcPr>
          <w:p w:rsidR="007C46CC" w:rsidRDefault="00EE7376">
            <w:r>
              <w:rPr>
                <w:b/>
              </w:rPr>
              <w:t>Limite</w:t>
            </w:r>
          </w:p>
        </w:tc>
        <w:tc>
          <w:tcPr>
            <w:tcW w:w="3329" w:type="dxa"/>
            <w:vAlign w:val="center"/>
          </w:tcPr>
          <w:p w:rsidR="007C46CC" w:rsidRDefault="00EE7376">
            <w:r>
              <w:rPr>
                <w:b/>
              </w:rPr>
              <w:t>Valor solicitado</w:t>
            </w:r>
          </w:p>
        </w:tc>
      </w:tr>
      <w:tr w:rsidR="007C46CC" w:rsidTr="00EE7376">
        <w:trPr>
          <w:trHeight w:val="397"/>
          <w:jc w:val="center"/>
        </w:trPr>
        <w:tc>
          <w:tcPr>
            <w:tcW w:w="3329" w:type="dxa"/>
          </w:tcPr>
          <w:p w:rsidR="007C46CC" w:rsidRDefault="00955D86">
            <w:proofErr w:type="spellStart"/>
            <w:r>
              <w:t>Custeio</w:t>
            </w:r>
            <w:proofErr w:type="spellEnd"/>
          </w:p>
        </w:tc>
        <w:tc>
          <w:tcPr>
            <w:tcW w:w="3329" w:type="dxa"/>
          </w:tcPr>
          <w:p w:rsidR="007C46CC" w:rsidRDefault="007C46CC"/>
        </w:tc>
        <w:tc>
          <w:tcPr>
            <w:tcW w:w="3329" w:type="dxa"/>
          </w:tcPr>
          <w:p w:rsidR="007C46CC" w:rsidRDefault="007C46CC"/>
        </w:tc>
      </w:tr>
      <w:tr w:rsidR="007C46CC" w:rsidTr="00EE7376">
        <w:trPr>
          <w:trHeight w:val="424"/>
          <w:jc w:val="center"/>
        </w:trPr>
        <w:tc>
          <w:tcPr>
            <w:tcW w:w="3329" w:type="dxa"/>
          </w:tcPr>
          <w:p w:rsidR="007C46CC" w:rsidRDefault="00955D86">
            <w:r>
              <w:t>Capital</w:t>
            </w:r>
          </w:p>
        </w:tc>
        <w:tc>
          <w:tcPr>
            <w:tcW w:w="3329" w:type="dxa"/>
          </w:tcPr>
          <w:p w:rsidR="007C46CC" w:rsidRDefault="007C46CC"/>
        </w:tc>
        <w:tc>
          <w:tcPr>
            <w:tcW w:w="3329" w:type="dxa"/>
          </w:tcPr>
          <w:p w:rsidR="007C46CC" w:rsidRDefault="007C46CC"/>
        </w:tc>
      </w:tr>
    </w:tbl>
    <w:p w:rsidR="007C46CC" w:rsidRPr="00572D23" w:rsidRDefault="00EE7376">
      <w:pPr>
        <w:pStyle w:val="Ttulo1"/>
        <w:rPr>
          <w:color w:val="000000" w:themeColor="text1"/>
        </w:rPr>
      </w:pPr>
      <w:r w:rsidRPr="00572D23">
        <w:rPr>
          <w:color w:val="000000" w:themeColor="text1"/>
        </w:rPr>
        <w:t>2. DESPESAS DE CUSTEIO</w:t>
      </w:r>
      <w:bookmarkStart w:id="0" w:name="_GoBack"/>
      <w:bookmarkEnd w:id="0"/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70"/>
        <w:gridCol w:w="1670"/>
        <w:gridCol w:w="1670"/>
        <w:gridCol w:w="1670"/>
        <w:gridCol w:w="1670"/>
      </w:tblGrid>
      <w:tr w:rsidR="00B85C17" w:rsidTr="00EE7376">
        <w:trPr>
          <w:trHeight w:val="557"/>
          <w:jc w:val="center"/>
        </w:trPr>
        <w:tc>
          <w:tcPr>
            <w:tcW w:w="1670" w:type="dxa"/>
            <w:vAlign w:val="center"/>
          </w:tcPr>
          <w:p w:rsidR="00B85C17" w:rsidRDefault="00B85C17">
            <w:r>
              <w:rPr>
                <w:b/>
              </w:rPr>
              <w:t>Item</w:t>
            </w:r>
          </w:p>
        </w:tc>
        <w:tc>
          <w:tcPr>
            <w:tcW w:w="1670" w:type="dxa"/>
            <w:vAlign w:val="center"/>
          </w:tcPr>
          <w:p w:rsidR="00B85C17" w:rsidRDefault="00B85C17">
            <w:proofErr w:type="spellStart"/>
            <w:r>
              <w:rPr>
                <w:b/>
              </w:rPr>
              <w:t>Justificativa</w:t>
            </w:r>
            <w:proofErr w:type="spellEnd"/>
          </w:p>
        </w:tc>
        <w:tc>
          <w:tcPr>
            <w:tcW w:w="1670" w:type="dxa"/>
            <w:vAlign w:val="center"/>
          </w:tcPr>
          <w:p w:rsidR="00B85C17" w:rsidRDefault="00B85C17">
            <w:proofErr w:type="spellStart"/>
            <w:r>
              <w:rPr>
                <w:b/>
              </w:rPr>
              <w:t>Quantidade</w:t>
            </w:r>
            <w:proofErr w:type="spellEnd"/>
          </w:p>
        </w:tc>
        <w:tc>
          <w:tcPr>
            <w:tcW w:w="1670" w:type="dxa"/>
            <w:vAlign w:val="center"/>
          </w:tcPr>
          <w:p w:rsidR="00B85C17" w:rsidRDefault="00B85C17">
            <w:r>
              <w:rPr>
                <w:b/>
              </w:rPr>
              <w:t>Valor unitário</w:t>
            </w:r>
          </w:p>
        </w:tc>
        <w:tc>
          <w:tcPr>
            <w:tcW w:w="1670" w:type="dxa"/>
            <w:vAlign w:val="center"/>
          </w:tcPr>
          <w:p w:rsidR="00B85C17" w:rsidRDefault="00B85C17">
            <w:r>
              <w:rPr>
                <w:b/>
              </w:rPr>
              <w:t>Valor total</w:t>
            </w:r>
          </w:p>
        </w:tc>
      </w:tr>
      <w:tr w:rsidR="00B85C17" w:rsidTr="00EE7376">
        <w:trPr>
          <w:trHeight w:val="298"/>
          <w:jc w:val="center"/>
        </w:trPr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</w:tr>
      <w:tr w:rsidR="00B85C17" w:rsidTr="00EE7376">
        <w:trPr>
          <w:trHeight w:val="279"/>
          <w:jc w:val="center"/>
        </w:trPr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</w:tr>
      <w:tr w:rsidR="00B85C17" w:rsidTr="00EE7376">
        <w:trPr>
          <w:trHeight w:val="179"/>
          <w:jc w:val="center"/>
        </w:trPr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</w:tr>
      <w:tr w:rsidR="00B85C17" w:rsidTr="00EE7376">
        <w:trPr>
          <w:trHeight w:val="179"/>
          <w:jc w:val="center"/>
        </w:trPr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</w:tr>
      <w:tr w:rsidR="00B85C17" w:rsidTr="00EE7376">
        <w:trPr>
          <w:trHeight w:val="179"/>
          <w:jc w:val="center"/>
        </w:trPr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  <w:tc>
          <w:tcPr>
            <w:tcW w:w="1670" w:type="dxa"/>
          </w:tcPr>
          <w:p w:rsidR="00B85C17" w:rsidRDefault="00B85C17"/>
        </w:tc>
      </w:tr>
    </w:tbl>
    <w:p w:rsidR="007C46CC" w:rsidRPr="00572D23" w:rsidRDefault="00EE7376">
      <w:pPr>
        <w:pStyle w:val="Ttulo1"/>
        <w:rPr>
          <w:color w:val="000000" w:themeColor="text1"/>
        </w:rPr>
      </w:pPr>
      <w:r w:rsidRPr="00572D23">
        <w:rPr>
          <w:color w:val="000000" w:themeColor="text1"/>
        </w:rPr>
        <w:t>3. DESPESAS DE CAPITAL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667"/>
        <w:gridCol w:w="1667"/>
        <w:gridCol w:w="1667"/>
        <w:gridCol w:w="1667"/>
        <w:gridCol w:w="1667"/>
      </w:tblGrid>
      <w:tr w:rsidR="00B85C17" w:rsidTr="00EE7376">
        <w:trPr>
          <w:trHeight w:val="653"/>
          <w:jc w:val="center"/>
        </w:trPr>
        <w:tc>
          <w:tcPr>
            <w:tcW w:w="1667" w:type="dxa"/>
            <w:vAlign w:val="center"/>
          </w:tcPr>
          <w:p w:rsidR="00B85C17" w:rsidRDefault="00B85C17">
            <w:r>
              <w:rPr>
                <w:b/>
              </w:rPr>
              <w:t>Item</w:t>
            </w:r>
          </w:p>
        </w:tc>
        <w:tc>
          <w:tcPr>
            <w:tcW w:w="1667" w:type="dxa"/>
            <w:vAlign w:val="center"/>
          </w:tcPr>
          <w:p w:rsidR="00B85C17" w:rsidRDefault="00B85C17">
            <w:proofErr w:type="spellStart"/>
            <w:r>
              <w:rPr>
                <w:b/>
              </w:rPr>
              <w:t>Justificativa</w:t>
            </w:r>
            <w:proofErr w:type="spellEnd"/>
          </w:p>
        </w:tc>
        <w:tc>
          <w:tcPr>
            <w:tcW w:w="1667" w:type="dxa"/>
            <w:vAlign w:val="center"/>
          </w:tcPr>
          <w:p w:rsidR="00B85C17" w:rsidRDefault="00B85C17">
            <w:proofErr w:type="spellStart"/>
            <w:r>
              <w:rPr>
                <w:b/>
              </w:rPr>
              <w:t>Quantidade</w:t>
            </w:r>
            <w:proofErr w:type="spellEnd"/>
          </w:p>
        </w:tc>
        <w:tc>
          <w:tcPr>
            <w:tcW w:w="1667" w:type="dxa"/>
            <w:vAlign w:val="center"/>
          </w:tcPr>
          <w:p w:rsidR="00B85C17" w:rsidRDefault="00B85C17">
            <w:r>
              <w:rPr>
                <w:b/>
              </w:rPr>
              <w:t>Valor unitário</w:t>
            </w:r>
          </w:p>
        </w:tc>
        <w:tc>
          <w:tcPr>
            <w:tcW w:w="1667" w:type="dxa"/>
            <w:vAlign w:val="center"/>
          </w:tcPr>
          <w:p w:rsidR="00B85C17" w:rsidRDefault="00B85C17">
            <w:r>
              <w:rPr>
                <w:b/>
              </w:rPr>
              <w:t>Valor total</w:t>
            </w:r>
          </w:p>
        </w:tc>
      </w:tr>
      <w:tr w:rsidR="00B85C17" w:rsidTr="00EE7376">
        <w:trPr>
          <w:trHeight w:val="316"/>
          <w:jc w:val="center"/>
        </w:trPr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</w:tr>
      <w:tr w:rsidR="00B85C17" w:rsidTr="00EE7376">
        <w:trPr>
          <w:trHeight w:val="316"/>
          <w:jc w:val="center"/>
        </w:trPr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</w:tr>
      <w:tr w:rsidR="00B85C17" w:rsidTr="00EE7376">
        <w:trPr>
          <w:trHeight w:val="316"/>
          <w:jc w:val="center"/>
        </w:trPr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</w:tr>
      <w:tr w:rsidR="00B85C17" w:rsidTr="00EE7376">
        <w:trPr>
          <w:trHeight w:val="316"/>
          <w:jc w:val="center"/>
        </w:trPr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  <w:tc>
          <w:tcPr>
            <w:tcW w:w="1667" w:type="dxa"/>
          </w:tcPr>
          <w:p w:rsidR="00B85C17" w:rsidRDefault="00B85C17"/>
        </w:tc>
      </w:tr>
    </w:tbl>
    <w:p w:rsidR="00572D23" w:rsidRDefault="00572D23">
      <w:pPr>
        <w:pStyle w:val="Ttulo1"/>
        <w:rPr>
          <w:color w:val="000000" w:themeColor="text1"/>
        </w:rPr>
      </w:pPr>
      <w:r w:rsidRPr="00572D23">
        <w:rPr>
          <w:color w:val="000000" w:themeColor="text1"/>
        </w:rPr>
        <w:lastRenderedPageBreak/>
        <w:t xml:space="preserve">Valor total </w:t>
      </w:r>
      <w:proofErr w:type="spellStart"/>
      <w:r w:rsidRPr="00572D23">
        <w:rPr>
          <w:color w:val="000000" w:themeColor="text1"/>
        </w:rPr>
        <w:t>solicitado</w:t>
      </w:r>
      <w:proofErr w:type="spellEnd"/>
      <w:r w:rsidRPr="00572D23">
        <w:rPr>
          <w:color w:val="000000" w:themeColor="text1"/>
        </w:rPr>
        <w:t xml:space="preserve"> (</w:t>
      </w:r>
      <w:proofErr w:type="spellStart"/>
      <w:r w:rsidRPr="00572D23">
        <w:rPr>
          <w:color w:val="000000" w:themeColor="text1"/>
        </w:rPr>
        <w:t>Custeio</w:t>
      </w:r>
      <w:proofErr w:type="spellEnd"/>
      <w:r w:rsidRPr="00572D23">
        <w:rPr>
          <w:color w:val="000000" w:themeColor="text1"/>
        </w:rPr>
        <w:t xml:space="preserve"> + Capital)</w:t>
      </w:r>
      <w:r w:rsidRPr="00572D23">
        <w:rPr>
          <w:color w:val="000000" w:themeColor="text1"/>
        </w:rPr>
        <w:t>:</w:t>
      </w:r>
    </w:p>
    <w:p w:rsidR="007C46CC" w:rsidRPr="00572D23" w:rsidRDefault="00EE7376">
      <w:pPr>
        <w:pStyle w:val="Ttulo1"/>
        <w:rPr>
          <w:color w:val="000000" w:themeColor="text1"/>
        </w:rPr>
      </w:pPr>
      <w:r w:rsidRPr="00572D23">
        <w:rPr>
          <w:color w:val="000000" w:themeColor="text1"/>
        </w:rPr>
        <w:t>4. CRONOGRAMA DE APLICAÇÃO DOS RECURSOS</w:t>
      </w:r>
    </w:p>
    <w:tbl>
      <w:tblPr>
        <w:tblStyle w:val="Tabelacomgrade"/>
        <w:tblW w:w="10203" w:type="dxa"/>
        <w:jc w:val="center"/>
        <w:tblLook w:val="04A0" w:firstRow="1" w:lastRow="0" w:firstColumn="1" w:lastColumn="0" w:noHBand="0" w:noVBand="1"/>
      </w:tblPr>
      <w:tblGrid>
        <w:gridCol w:w="1041"/>
        <w:gridCol w:w="702"/>
        <w:gridCol w:w="703"/>
        <w:gridCol w:w="703"/>
        <w:gridCol w:w="703"/>
        <w:gridCol w:w="703"/>
        <w:gridCol w:w="703"/>
        <w:gridCol w:w="703"/>
        <w:gridCol w:w="703"/>
        <w:gridCol w:w="703"/>
        <w:gridCol w:w="708"/>
        <w:gridCol w:w="708"/>
        <w:gridCol w:w="708"/>
        <w:gridCol w:w="712"/>
      </w:tblGrid>
      <w:tr w:rsidR="007C46CC" w:rsidTr="00EE7376">
        <w:trPr>
          <w:trHeight w:val="320"/>
          <w:jc w:val="center"/>
        </w:trPr>
        <w:tc>
          <w:tcPr>
            <w:tcW w:w="1041" w:type="dxa"/>
            <w:vAlign w:val="center"/>
          </w:tcPr>
          <w:p w:rsidR="007C46CC" w:rsidRDefault="00EE7376">
            <w:r>
              <w:rPr>
                <w:b/>
              </w:rPr>
              <w:t>Despesa</w:t>
            </w:r>
          </w:p>
        </w:tc>
        <w:tc>
          <w:tcPr>
            <w:tcW w:w="702" w:type="dxa"/>
            <w:vAlign w:val="center"/>
          </w:tcPr>
          <w:p w:rsidR="007C46CC" w:rsidRDefault="00EE7376">
            <w:r>
              <w:rPr>
                <w:b/>
              </w:rPr>
              <w:t>M1</w:t>
            </w:r>
          </w:p>
        </w:tc>
        <w:tc>
          <w:tcPr>
            <w:tcW w:w="703" w:type="dxa"/>
            <w:vAlign w:val="center"/>
          </w:tcPr>
          <w:p w:rsidR="007C46CC" w:rsidRDefault="00EE7376">
            <w:r>
              <w:rPr>
                <w:b/>
              </w:rPr>
              <w:t>M2</w:t>
            </w:r>
          </w:p>
        </w:tc>
        <w:tc>
          <w:tcPr>
            <w:tcW w:w="703" w:type="dxa"/>
            <w:vAlign w:val="center"/>
          </w:tcPr>
          <w:p w:rsidR="007C46CC" w:rsidRDefault="00EE7376">
            <w:r>
              <w:rPr>
                <w:b/>
              </w:rPr>
              <w:t>M3</w:t>
            </w:r>
          </w:p>
        </w:tc>
        <w:tc>
          <w:tcPr>
            <w:tcW w:w="703" w:type="dxa"/>
            <w:vAlign w:val="center"/>
          </w:tcPr>
          <w:p w:rsidR="007C46CC" w:rsidRDefault="00EE7376">
            <w:r>
              <w:rPr>
                <w:b/>
              </w:rPr>
              <w:t>M4</w:t>
            </w:r>
          </w:p>
        </w:tc>
        <w:tc>
          <w:tcPr>
            <w:tcW w:w="703" w:type="dxa"/>
            <w:vAlign w:val="center"/>
          </w:tcPr>
          <w:p w:rsidR="007C46CC" w:rsidRDefault="00EE7376">
            <w:r>
              <w:rPr>
                <w:b/>
              </w:rPr>
              <w:t>M5</w:t>
            </w:r>
          </w:p>
        </w:tc>
        <w:tc>
          <w:tcPr>
            <w:tcW w:w="703" w:type="dxa"/>
            <w:vAlign w:val="center"/>
          </w:tcPr>
          <w:p w:rsidR="007C46CC" w:rsidRDefault="00EE7376">
            <w:r>
              <w:rPr>
                <w:b/>
              </w:rPr>
              <w:t>M6</w:t>
            </w:r>
          </w:p>
        </w:tc>
        <w:tc>
          <w:tcPr>
            <w:tcW w:w="703" w:type="dxa"/>
            <w:vAlign w:val="center"/>
          </w:tcPr>
          <w:p w:rsidR="007C46CC" w:rsidRDefault="00EE7376">
            <w:r>
              <w:rPr>
                <w:b/>
              </w:rPr>
              <w:t>M7</w:t>
            </w:r>
          </w:p>
        </w:tc>
        <w:tc>
          <w:tcPr>
            <w:tcW w:w="703" w:type="dxa"/>
            <w:vAlign w:val="center"/>
          </w:tcPr>
          <w:p w:rsidR="007C46CC" w:rsidRDefault="00EE7376">
            <w:r>
              <w:rPr>
                <w:b/>
              </w:rPr>
              <w:t>M8</w:t>
            </w:r>
          </w:p>
        </w:tc>
        <w:tc>
          <w:tcPr>
            <w:tcW w:w="703" w:type="dxa"/>
            <w:vAlign w:val="center"/>
          </w:tcPr>
          <w:p w:rsidR="007C46CC" w:rsidRDefault="00EE7376">
            <w:r>
              <w:rPr>
                <w:b/>
              </w:rPr>
              <w:t>M9</w:t>
            </w:r>
          </w:p>
        </w:tc>
        <w:tc>
          <w:tcPr>
            <w:tcW w:w="708" w:type="dxa"/>
            <w:vAlign w:val="center"/>
          </w:tcPr>
          <w:p w:rsidR="007C46CC" w:rsidRDefault="00EE7376">
            <w:r>
              <w:rPr>
                <w:b/>
              </w:rPr>
              <w:t>M10</w:t>
            </w:r>
          </w:p>
        </w:tc>
        <w:tc>
          <w:tcPr>
            <w:tcW w:w="708" w:type="dxa"/>
            <w:vAlign w:val="center"/>
          </w:tcPr>
          <w:p w:rsidR="007C46CC" w:rsidRDefault="00EE7376">
            <w:r>
              <w:rPr>
                <w:b/>
              </w:rPr>
              <w:t>M11</w:t>
            </w:r>
          </w:p>
        </w:tc>
        <w:tc>
          <w:tcPr>
            <w:tcW w:w="708" w:type="dxa"/>
            <w:vAlign w:val="center"/>
          </w:tcPr>
          <w:p w:rsidR="007C46CC" w:rsidRDefault="00EE7376">
            <w:r>
              <w:rPr>
                <w:b/>
              </w:rPr>
              <w:t>M12</w:t>
            </w:r>
          </w:p>
        </w:tc>
        <w:tc>
          <w:tcPr>
            <w:tcW w:w="712" w:type="dxa"/>
            <w:vAlign w:val="center"/>
          </w:tcPr>
          <w:p w:rsidR="007C46CC" w:rsidRDefault="00EE7376">
            <w:r>
              <w:rPr>
                <w:b/>
              </w:rPr>
              <w:t>Total</w:t>
            </w:r>
          </w:p>
        </w:tc>
      </w:tr>
      <w:tr w:rsidR="007C46CC" w:rsidTr="00EE7376">
        <w:trPr>
          <w:trHeight w:val="320"/>
          <w:jc w:val="center"/>
        </w:trPr>
        <w:tc>
          <w:tcPr>
            <w:tcW w:w="1041" w:type="dxa"/>
          </w:tcPr>
          <w:p w:rsidR="007C46CC" w:rsidRDefault="007C46CC"/>
        </w:tc>
        <w:tc>
          <w:tcPr>
            <w:tcW w:w="702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12" w:type="dxa"/>
          </w:tcPr>
          <w:p w:rsidR="007C46CC" w:rsidRDefault="007C46CC"/>
        </w:tc>
      </w:tr>
      <w:tr w:rsidR="007C46CC" w:rsidTr="00EE7376">
        <w:trPr>
          <w:trHeight w:val="320"/>
          <w:jc w:val="center"/>
        </w:trPr>
        <w:tc>
          <w:tcPr>
            <w:tcW w:w="1041" w:type="dxa"/>
          </w:tcPr>
          <w:p w:rsidR="007C46CC" w:rsidRDefault="007C46CC"/>
        </w:tc>
        <w:tc>
          <w:tcPr>
            <w:tcW w:w="702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12" w:type="dxa"/>
          </w:tcPr>
          <w:p w:rsidR="007C46CC" w:rsidRDefault="007C46CC"/>
        </w:tc>
      </w:tr>
      <w:tr w:rsidR="007C46CC" w:rsidTr="00EE7376">
        <w:trPr>
          <w:trHeight w:val="320"/>
          <w:jc w:val="center"/>
        </w:trPr>
        <w:tc>
          <w:tcPr>
            <w:tcW w:w="1041" w:type="dxa"/>
          </w:tcPr>
          <w:p w:rsidR="007C46CC" w:rsidRDefault="007C46CC"/>
        </w:tc>
        <w:tc>
          <w:tcPr>
            <w:tcW w:w="702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12" w:type="dxa"/>
          </w:tcPr>
          <w:p w:rsidR="007C46CC" w:rsidRDefault="007C46CC"/>
        </w:tc>
      </w:tr>
      <w:tr w:rsidR="007C46CC" w:rsidTr="00EE7376">
        <w:trPr>
          <w:trHeight w:val="320"/>
          <w:jc w:val="center"/>
        </w:trPr>
        <w:tc>
          <w:tcPr>
            <w:tcW w:w="1041" w:type="dxa"/>
          </w:tcPr>
          <w:p w:rsidR="007C46CC" w:rsidRDefault="007C46CC"/>
        </w:tc>
        <w:tc>
          <w:tcPr>
            <w:tcW w:w="702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12" w:type="dxa"/>
          </w:tcPr>
          <w:p w:rsidR="007C46CC" w:rsidRDefault="007C46CC"/>
        </w:tc>
      </w:tr>
      <w:tr w:rsidR="007C46CC" w:rsidTr="00EE7376">
        <w:trPr>
          <w:trHeight w:val="341"/>
          <w:jc w:val="center"/>
        </w:trPr>
        <w:tc>
          <w:tcPr>
            <w:tcW w:w="1041" w:type="dxa"/>
          </w:tcPr>
          <w:p w:rsidR="007C46CC" w:rsidRDefault="007C46CC"/>
        </w:tc>
        <w:tc>
          <w:tcPr>
            <w:tcW w:w="702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3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08" w:type="dxa"/>
          </w:tcPr>
          <w:p w:rsidR="007C46CC" w:rsidRDefault="007C46CC"/>
        </w:tc>
        <w:tc>
          <w:tcPr>
            <w:tcW w:w="712" w:type="dxa"/>
          </w:tcPr>
          <w:p w:rsidR="007C46CC" w:rsidRDefault="007C46CC"/>
        </w:tc>
      </w:tr>
    </w:tbl>
    <w:p w:rsidR="007C46CC" w:rsidRDefault="00EE7376">
      <w:r>
        <w:br/>
      </w:r>
    </w:p>
    <w:p w:rsidR="00EE7376" w:rsidRDefault="00EE7376">
      <w:r>
        <w:br/>
      </w:r>
    </w:p>
    <w:p w:rsidR="007C46CC" w:rsidRDefault="007C46CC"/>
    <w:sectPr w:rsidR="007C46C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72D23"/>
    <w:rsid w:val="007C46CC"/>
    <w:rsid w:val="00955D86"/>
    <w:rsid w:val="00AA1D8D"/>
    <w:rsid w:val="00B47730"/>
    <w:rsid w:val="00B85C17"/>
    <w:rsid w:val="00CB0664"/>
    <w:rsid w:val="00EE737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49A20289-D862-4931-9A24-E47C0EEEA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EE7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73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FEC6D1-DE05-4389-B578-BE53AC0AF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704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PROINT-FAP</cp:lastModifiedBy>
  <cp:revision>6</cp:revision>
  <dcterms:created xsi:type="dcterms:W3CDTF">2013-12-23T23:15:00Z</dcterms:created>
  <dcterms:modified xsi:type="dcterms:W3CDTF">2026-08-20T13:38:00Z</dcterms:modified>
  <cp:category/>
</cp:coreProperties>
</file>